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74" w:type="pct"/>
        <w:jc w:val="center"/>
        <w:tblLook w:val="04A0" w:firstRow="1" w:lastRow="0" w:firstColumn="1" w:lastColumn="0" w:noHBand="0" w:noVBand="1"/>
      </w:tblPr>
      <w:tblGrid>
        <w:gridCol w:w="2940"/>
        <w:gridCol w:w="2958"/>
        <w:gridCol w:w="4248"/>
      </w:tblGrid>
      <w:tr w:rsidR="00356404" w:rsidRPr="00BB21D4" w14:paraId="29979F79" w14:textId="77777777" w:rsidTr="00FD1C99">
        <w:trPr>
          <w:jc w:val="center"/>
        </w:trPr>
        <w:tc>
          <w:tcPr>
            <w:tcW w:w="2940" w:type="dxa"/>
            <w:tcBorders>
              <w:top w:val="single" w:sz="12" w:space="0" w:color="003E7E"/>
              <w:left w:val="single" w:sz="12" w:space="0" w:color="003E7E"/>
              <w:bottom w:val="single" w:sz="12" w:space="0" w:color="003E7E"/>
              <w:right w:val="single" w:sz="12" w:space="0" w:color="003E7E"/>
            </w:tcBorders>
            <w:shd w:val="clear" w:color="auto" w:fill="003E7E"/>
            <w:tcMar>
              <w:top w:w="130" w:type="dxa"/>
              <w:left w:w="100" w:type="dxa"/>
              <w:bottom w:w="130" w:type="dxa"/>
              <w:right w:w="100" w:type="dxa"/>
            </w:tcMar>
            <w:vAlign w:val="center"/>
          </w:tcPr>
          <w:p w14:paraId="3D2012D9" w14:textId="77777777" w:rsidR="00356404" w:rsidRPr="00BB21D4" w:rsidRDefault="00CC4BCE">
            <w:pPr>
              <w:jc w:val="center"/>
              <w:rPr>
                <w:lang w:val="hr-HR"/>
              </w:rPr>
            </w:pPr>
            <w:r w:rsidRPr="00BB21D4">
              <w:rPr>
                <w:b/>
                <w:color w:val="FFFFFF"/>
                <w:sz w:val="25"/>
                <w:lang w:val="hr-HR"/>
              </w:rPr>
              <w:t>ZN-N</w:t>
            </w:r>
          </w:p>
        </w:tc>
        <w:tc>
          <w:tcPr>
            <w:tcW w:w="7206" w:type="dxa"/>
            <w:gridSpan w:val="2"/>
            <w:tcBorders>
              <w:top w:val="single" w:sz="12" w:space="0" w:color="003E7E"/>
              <w:left w:val="single" w:sz="12" w:space="0" w:color="003E7E"/>
              <w:bottom w:val="single" w:sz="12" w:space="0" w:color="003E7E"/>
              <w:right w:val="single" w:sz="12" w:space="0" w:color="003E7E"/>
            </w:tcBorders>
            <w:shd w:val="clear" w:color="auto" w:fill="EAF3FF"/>
            <w:tcMar>
              <w:top w:w="130" w:type="dxa"/>
              <w:left w:w="110" w:type="dxa"/>
              <w:bottom w:w="130" w:type="dxa"/>
              <w:right w:w="110" w:type="dxa"/>
            </w:tcMar>
            <w:vAlign w:val="center"/>
          </w:tcPr>
          <w:p w14:paraId="127FED18" w14:textId="77777777" w:rsidR="00356404" w:rsidRPr="00BB21D4" w:rsidRDefault="00CC4BCE" w:rsidP="00BB21D4">
            <w:pPr>
              <w:jc w:val="center"/>
              <w:rPr>
                <w:lang w:val="hr-HR"/>
              </w:rPr>
            </w:pPr>
            <w:r w:rsidRPr="00BB21D4">
              <w:rPr>
                <w:b/>
                <w:color w:val="003E7E"/>
                <w:sz w:val="22"/>
                <w:lang w:val="hr-HR"/>
              </w:rPr>
              <w:t>IZJAVA PRISTUPNIKA O PRIMJENI PRIJELAZNIH ODREDBI NACIONALNIH KRITERIJA</w:t>
            </w:r>
          </w:p>
          <w:p w14:paraId="50B77886" w14:textId="77777777" w:rsidR="00356404" w:rsidRPr="00BB21D4" w:rsidRDefault="00CC4BCE" w:rsidP="00BB21D4">
            <w:pPr>
              <w:jc w:val="center"/>
              <w:rPr>
                <w:lang w:val="hr-HR"/>
              </w:rPr>
            </w:pPr>
            <w:r w:rsidRPr="00BB21D4">
              <w:rPr>
                <w:color w:val="111827"/>
                <w:szCs w:val="24"/>
                <w:lang w:val="hr-HR"/>
              </w:rPr>
              <w:t>za postupak izbora odnosno reizbora na znanstveno-nastavno radno mjesto</w:t>
            </w:r>
          </w:p>
        </w:tc>
      </w:tr>
      <w:tr w:rsidR="00356404" w:rsidRPr="00BB21D4" w14:paraId="3680CA28" w14:textId="77777777" w:rsidTr="00FD1C99">
        <w:trPr>
          <w:jc w:val="center"/>
        </w:trPr>
        <w:tc>
          <w:tcPr>
            <w:tcW w:w="2940" w:type="dxa"/>
            <w:tcBorders>
              <w:top w:val="single" w:sz="6" w:space="0" w:color="9BBCE3"/>
              <w:left w:val="single" w:sz="6" w:space="0" w:color="9BBCE3"/>
              <w:bottom w:val="single" w:sz="6" w:space="0" w:color="9BBCE3"/>
              <w:right w:val="single" w:sz="6" w:space="0" w:color="9BBCE3"/>
            </w:tcBorders>
            <w:shd w:val="clear" w:color="auto" w:fill="F6FA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CDA2EC" w14:textId="77777777" w:rsidR="00356404" w:rsidRPr="00BB21D4" w:rsidRDefault="00CC4BCE">
            <w:pPr>
              <w:jc w:val="center"/>
              <w:rPr>
                <w:szCs w:val="28"/>
                <w:lang w:val="hr-HR"/>
              </w:rPr>
            </w:pPr>
            <w:r w:rsidRPr="00BB21D4">
              <w:rPr>
                <w:color w:val="6B7280"/>
                <w:szCs w:val="28"/>
                <w:lang w:val="hr-HR"/>
              </w:rPr>
              <w:t>Verzija: 2.0 / svibanj 2026.</w:t>
            </w:r>
          </w:p>
        </w:tc>
        <w:tc>
          <w:tcPr>
            <w:tcW w:w="2958" w:type="dxa"/>
            <w:tcBorders>
              <w:top w:val="single" w:sz="6" w:space="0" w:color="9BBCE3"/>
              <w:left w:val="single" w:sz="6" w:space="0" w:color="9BBCE3"/>
              <w:bottom w:val="single" w:sz="6" w:space="0" w:color="9BBCE3"/>
              <w:right w:val="single" w:sz="6" w:space="0" w:color="9BBCE3"/>
            </w:tcBorders>
            <w:shd w:val="clear" w:color="auto" w:fill="F6FA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F019E4" w14:textId="7968B5DF" w:rsidR="00356404" w:rsidRPr="00BB21D4" w:rsidRDefault="00CC4BCE">
            <w:pPr>
              <w:jc w:val="center"/>
              <w:rPr>
                <w:szCs w:val="28"/>
                <w:lang w:val="hr-HR"/>
              </w:rPr>
            </w:pPr>
            <w:r w:rsidRPr="00BB21D4">
              <w:rPr>
                <w:color w:val="6B7280"/>
                <w:szCs w:val="28"/>
                <w:lang w:val="hr-HR"/>
              </w:rPr>
              <w:t>Pravna osnova: Nacionalni kriteriji, NN 42/2026</w:t>
            </w:r>
            <w:r w:rsidR="00F11D1A">
              <w:rPr>
                <w:color w:val="6B7280"/>
                <w:szCs w:val="28"/>
                <w:lang w:val="hr-HR"/>
              </w:rPr>
              <w:t>.</w:t>
            </w:r>
            <w:r w:rsidRPr="00BB21D4">
              <w:rPr>
                <w:color w:val="6B7280"/>
                <w:szCs w:val="28"/>
                <w:lang w:val="hr-HR"/>
              </w:rPr>
              <w:t>, čl. 98.-100.</w:t>
            </w:r>
          </w:p>
        </w:tc>
        <w:tc>
          <w:tcPr>
            <w:tcW w:w="4248" w:type="dxa"/>
            <w:tcBorders>
              <w:top w:val="single" w:sz="6" w:space="0" w:color="9BBCE3"/>
              <w:left w:val="single" w:sz="6" w:space="0" w:color="9BBCE3"/>
              <w:bottom w:val="single" w:sz="6" w:space="0" w:color="9BBCE3"/>
              <w:right w:val="single" w:sz="6" w:space="0" w:color="9BBCE3"/>
            </w:tcBorders>
            <w:shd w:val="clear" w:color="auto" w:fill="F6FA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1E17B7" w14:textId="77777777" w:rsidR="00356404" w:rsidRPr="00BB21D4" w:rsidRDefault="00CC4BCE">
            <w:pPr>
              <w:jc w:val="center"/>
              <w:rPr>
                <w:szCs w:val="28"/>
                <w:lang w:val="hr-HR"/>
              </w:rPr>
            </w:pPr>
            <w:r w:rsidRPr="00BB21D4">
              <w:rPr>
                <w:color w:val="6B7280"/>
                <w:szCs w:val="28"/>
                <w:lang w:val="hr-HR"/>
              </w:rPr>
              <w:t>Primjena: postupci nakon 29. travnja 2026. u prijelaznom razdoblju</w:t>
            </w:r>
          </w:p>
        </w:tc>
      </w:tr>
      <w:tr w:rsidR="00356404" w:rsidRPr="0068095E" w14:paraId="38C530B6" w14:textId="77777777" w:rsidTr="00FD1C99">
        <w:trPr>
          <w:jc w:val="center"/>
        </w:trPr>
        <w:tc>
          <w:tcPr>
            <w:tcW w:w="10146" w:type="dxa"/>
            <w:gridSpan w:val="3"/>
            <w:tcBorders>
              <w:top w:val="single" w:sz="10" w:space="0" w:color="9BBCE3"/>
              <w:left w:val="single" w:sz="10" w:space="0" w:color="9BBCE3"/>
              <w:bottom w:val="single" w:sz="10" w:space="0" w:color="9BBCE3"/>
              <w:right w:val="single" w:sz="10" w:space="0" w:color="9BBCE3"/>
            </w:tcBorders>
            <w:shd w:val="clear" w:color="auto" w:fill="EAF3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5D831FB" w14:textId="77777777" w:rsidR="00356404" w:rsidRPr="00BB21D4" w:rsidRDefault="00CC4BCE">
            <w:pPr>
              <w:spacing w:after="40"/>
              <w:rPr>
                <w:lang w:val="hr-HR"/>
              </w:rPr>
            </w:pPr>
            <w:r w:rsidRPr="00BB21D4">
              <w:rPr>
                <w:b/>
                <w:color w:val="003E7E"/>
                <w:lang w:val="hr-HR"/>
              </w:rPr>
              <w:t>Pravna osnova i svrha obrasca</w:t>
            </w:r>
          </w:p>
          <w:p w14:paraId="52022EAB" w14:textId="561616E5" w:rsidR="00356404" w:rsidRPr="00BB21D4" w:rsidRDefault="00CC4BCE">
            <w:pPr>
              <w:jc w:val="both"/>
              <w:rPr>
                <w:lang w:val="hr-HR"/>
              </w:rPr>
            </w:pPr>
            <w:r w:rsidRPr="00BB21D4">
              <w:rPr>
                <w:color w:val="111827"/>
                <w:szCs w:val="24"/>
                <w:lang w:val="hr-HR"/>
              </w:rPr>
              <w:t>Obrazac se koristi u postupcima izbora i reizbora na znanstveno-nastavna radna mjesta obuhvaćenima člankom 98. stavkom 1. Nacionalnih sveučilišnih, znanstvenih i umjetničkih kriterija (Narodne novine, broj 42/2026</w:t>
            </w:r>
            <w:r w:rsidR="00BB21D4" w:rsidRPr="00BB21D4">
              <w:rPr>
                <w:color w:val="111827"/>
                <w:szCs w:val="24"/>
                <w:lang w:val="hr-HR"/>
              </w:rPr>
              <w:t>.</w:t>
            </w:r>
            <w:r w:rsidRPr="00BB21D4">
              <w:rPr>
                <w:color w:val="111827"/>
                <w:szCs w:val="24"/>
                <w:lang w:val="hr-HR"/>
              </w:rPr>
              <w:t>). Prijelazni zahtjev može se podnijeti u razdoblju od 60 mjeseci od dana stupanja na snagu Nacionalnih kriterija i to najkasnije do isteka roka za dostavu dokaza o ispunjavanju kriterija za izbor odnosno reizbor. U postupcima započetima prije stupanja na snagu Nacionalnih kriterija primjenjuju se propisi važeći u trenutku pokretanja postupka.</w:t>
            </w:r>
          </w:p>
        </w:tc>
      </w:tr>
    </w:tbl>
    <w:p w14:paraId="1AF34B9D" w14:textId="77777777" w:rsidR="00FD1C99" w:rsidRPr="008C6998" w:rsidRDefault="00FD1C99" w:rsidP="00FD1C99">
      <w:pPr>
        <w:spacing w:before="100" w:beforeAutospacing="1" w:after="120"/>
        <w:rPr>
          <w:b/>
          <w:color w:val="003E7E"/>
          <w:sz w:val="20"/>
          <w:lang w:val="hr-HR"/>
        </w:rPr>
      </w:pPr>
      <w:r w:rsidRPr="008C6998">
        <w:rPr>
          <w:b/>
          <w:color w:val="003E7E"/>
          <w:sz w:val="20"/>
          <w:lang w:val="hr-HR"/>
        </w:rPr>
        <w:t>I. Podaci o pristupniku i postupku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285"/>
        <w:gridCol w:w="6723"/>
      </w:tblGrid>
      <w:tr w:rsidR="00FD1C99" w:rsidRPr="008C6998" w14:paraId="53F17751" w14:textId="77777777" w:rsidTr="00816FA0">
        <w:trPr>
          <w:jc w:val="center"/>
        </w:trPr>
        <w:tc>
          <w:tcPr>
            <w:tcW w:w="3285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EAF3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2A888E0" w14:textId="77777777" w:rsidR="00FD1C99" w:rsidRPr="008C6998" w:rsidRDefault="00FD1C99" w:rsidP="00816FA0">
            <w:pPr>
              <w:rPr>
                <w:szCs w:val="24"/>
                <w:lang w:val="hr-HR"/>
              </w:rPr>
            </w:pPr>
            <w:r w:rsidRPr="008C6998">
              <w:rPr>
                <w:b/>
                <w:color w:val="003E7E"/>
                <w:szCs w:val="24"/>
                <w:lang w:val="hr-HR"/>
              </w:rPr>
              <w:t>Ime i prezime pristupnika</w:t>
            </w:r>
          </w:p>
        </w:tc>
        <w:tc>
          <w:tcPr>
            <w:tcW w:w="6723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97ADC1" w14:textId="77777777" w:rsidR="00FD1C99" w:rsidRPr="008C6998" w:rsidRDefault="00FD1C99" w:rsidP="00816FA0">
            <w:pPr>
              <w:rPr>
                <w:szCs w:val="24"/>
                <w:lang w:val="hr-HR"/>
              </w:rPr>
            </w:pPr>
          </w:p>
        </w:tc>
      </w:tr>
      <w:tr w:rsidR="00FD1C99" w:rsidRPr="008C6998" w14:paraId="1EEF379D" w14:textId="77777777" w:rsidTr="00816FA0">
        <w:trPr>
          <w:jc w:val="center"/>
        </w:trPr>
        <w:tc>
          <w:tcPr>
            <w:tcW w:w="3285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EAF3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7B43BA" w14:textId="77777777" w:rsidR="00FD1C99" w:rsidRPr="008C6998" w:rsidRDefault="00FD1C99" w:rsidP="00816FA0">
            <w:pPr>
              <w:rPr>
                <w:szCs w:val="24"/>
                <w:lang w:val="hr-HR"/>
              </w:rPr>
            </w:pPr>
            <w:r w:rsidRPr="008C6998">
              <w:rPr>
                <w:b/>
                <w:color w:val="003E7E"/>
                <w:szCs w:val="24"/>
                <w:lang w:val="hr-HR"/>
              </w:rPr>
              <w:t>OIB</w:t>
            </w:r>
          </w:p>
        </w:tc>
        <w:tc>
          <w:tcPr>
            <w:tcW w:w="6723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E22697" w14:textId="77777777" w:rsidR="00FD1C99" w:rsidRPr="008C6998" w:rsidRDefault="00FD1C99" w:rsidP="00816FA0">
            <w:pPr>
              <w:rPr>
                <w:szCs w:val="24"/>
                <w:lang w:val="hr-HR"/>
              </w:rPr>
            </w:pPr>
          </w:p>
        </w:tc>
      </w:tr>
      <w:tr w:rsidR="00FD1C99" w:rsidRPr="008C6998" w14:paraId="346348D9" w14:textId="77777777" w:rsidTr="00816FA0">
        <w:trPr>
          <w:jc w:val="center"/>
        </w:trPr>
        <w:tc>
          <w:tcPr>
            <w:tcW w:w="3285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EAF3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3543D2" w14:textId="77777777" w:rsidR="00FD1C99" w:rsidRPr="008C6998" w:rsidRDefault="00FD1C99" w:rsidP="00816FA0">
            <w:pPr>
              <w:rPr>
                <w:b/>
                <w:color w:val="003E7E"/>
                <w:szCs w:val="24"/>
                <w:lang w:val="hr-HR"/>
              </w:rPr>
            </w:pPr>
            <w:r w:rsidRPr="004C427F">
              <w:rPr>
                <w:b/>
                <w:color w:val="003E7E"/>
                <w:szCs w:val="24"/>
                <w:lang w:val="hr-HR"/>
              </w:rPr>
              <w:t>Kontakt e-adresa / telefon</w:t>
            </w:r>
          </w:p>
        </w:tc>
        <w:tc>
          <w:tcPr>
            <w:tcW w:w="6723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77BB8F" w14:textId="77777777" w:rsidR="00FD1C99" w:rsidRPr="008C6998" w:rsidRDefault="00FD1C99" w:rsidP="00816FA0">
            <w:pPr>
              <w:rPr>
                <w:szCs w:val="24"/>
                <w:lang w:val="hr-HR"/>
              </w:rPr>
            </w:pPr>
          </w:p>
        </w:tc>
      </w:tr>
      <w:tr w:rsidR="00FD1C99" w:rsidRPr="008C6998" w14:paraId="1A409E6A" w14:textId="77777777" w:rsidTr="00816FA0">
        <w:trPr>
          <w:jc w:val="center"/>
        </w:trPr>
        <w:tc>
          <w:tcPr>
            <w:tcW w:w="3285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EAF3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EE75E3" w14:textId="77777777" w:rsidR="00FD1C99" w:rsidRPr="008C6998" w:rsidRDefault="00FD1C99" w:rsidP="00816FA0">
            <w:pPr>
              <w:rPr>
                <w:szCs w:val="24"/>
                <w:lang w:val="hr-HR"/>
              </w:rPr>
            </w:pPr>
            <w:r w:rsidRPr="008C6998">
              <w:rPr>
                <w:b/>
                <w:color w:val="003E7E"/>
                <w:szCs w:val="24"/>
                <w:lang w:val="hr-HR"/>
              </w:rPr>
              <w:t>Naziv visokog učilišta / ustrojstvene jedinice</w:t>
            </w:r>
          </w:p>
        </w:tc>
        <w:tc>
          <w:tcPr>
            <w:tcW w:w="6723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2D6320" w14:textId="12412725" w:rsidR="00FD1C99" w:rsidRPr="008C6998" w:rsidRDefault="00FD1C99" w:rsidP="00816FA0">
            <w:pPr>
              <w:rPr>
                <w:szCs w:val="24"/>
                <w:lang w:val="hr-HR"/>
              </w:rPr>
            </w:pPr>
            <w:r w:rsidRPr="008C6998">
              <w:rPr>
                <w:color w:val="111827"/>
                <w:szCs w:val="24"/>
                <w:lang w:val="hr-HR"/>
              </w:rPr>
              <w:t>Sveučilište u Zagrebu Medicinski fakultet /</w:t>
            </w:r>
            <w:r>
              <w:rPr>
                <w:color w:val="111827"/>
                <w:szCs w:val="24"/>
                <w:lang w:val="hr-HR"/>
              </w:rPr>
              <w:t>Katedra za</w:t>
            </w:r>
          </w:p>
        </w:tc>
      </w:tr>
      <w:tr w:rsidR="00FD1C99" w:rsidRPr="008C6998" w14:paraId="33826733" w14:textId="77777777" w:rsidTr="00816FA0">
        <w:trPr>
          <w:jc w:val="center"/>
        </w:trPr>
        <w:tc>
          <w:tcPr>
            <w:tcW w:w="3285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EAF3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0A0F8A" w14:textId="21582C35" w:rsidR="00FD1C99" w:rsidRPr="00E449DC" w:rsidRDefault="00E449DC" w:rsidP="00816FA0">
            <w:pPr>
              <w:rPr>
                <w:b/>
                <w:bCs/>
                <w:szCs w:val="24"/>
                <w:lang w:val="hr-HR"/>
              </w:rPr>
            </w:pPr>
            <w:r w:rsidRPr="00E449DC">
              <w:rPr>
                <w:b/>
                <w:bCs/>
                <w:color w:val="1F497D" w:themeColor="text2"/>
                <w:szCs w:val="24"/>
                <w:lang w:val="hr-HR"/>
              </w:rPr>
              <w:t>NATJEČAJ</w:t>
            </w:r>
          </w:p>
        </w:tc>
        <w:tc>
          <w:tcPr>
            <w:tcW w:w="6723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030276" w14:textId="5039CC4C" w:rsidR="00FD1C99" w:rsidRPr="00E449DC" w:rsidRDefault="00E449DC" w:rsidP="00FD1C99">
            <w:pPr>
              <w:rPr>
                <w:color w:val="111827"/>
                <w:szCs w:val="24"/>
                <w:lang w:val="hr-HR"/>
              </w:rPr>
            </w:pPr>
            <w:r>
              <w:rPr>
                <w:color w:val="111827"/>
                <w:szCs w:val="24"/>
                <w:lang w:val="hr-HR"/>
              </w:rPr>
              <w:t>Raspisan u NN br.______ od dana __________za izbor na znanstveno-nastavno radno mjesto _________docenta (u kumulativnom radnom odnosu) u Katedri ______________ u području Biomedicine i zdravstva, polje ________________, grana _______________s mjestom rada u ______________ .</w:t>
            </w:r>
          </w:p>
        </w:tc>
      </w:tr>
      <w:tr w:rsidR="00FD1C99" w:rsidRPr="008C6998" w14:paraId="593183E2" w14:textId="77777777" w:rsidTr="00816FA0">
        <w:trPr>
          <w:jc w:val="center"/>
        </w:trPr>
        <w:tc>
          <w:tcPr>
            <w:tcW w:w="3285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EAF3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BDCC72" w14:textId="77777777" w:rsidR="00FD1C99" w:rsidRPr="008C6998" w:rsidRDefault="00FD1C99" w:rsidP="00816FA0">
            <w:pPr>
              <w:rPr>
                <w:szCs w:val="24"/>
                <w:lang w:val="hr-HR"/>
              </w:rPr>
            </w:pPr>
            <w:r w:rsidRPr="008C6998">
              <w:rPr>
                <w:b/>
                <w:color w:val="003E7E"/>
                <w:szCs w:val="24"/>
                <w:lang w:val="hr-HR"/>
              </w:rPr>
              <w:t>Datum podnošenja ove izjave</w:t>
            </w:r>
          </w:p>
        </w:tc>
        <w:tc>
          <w:tcPr>
            <w:tcW w:w="6723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58FEBE" w14:textId="77777777" w:rsidR="00FD1C99" w:rsidRPr="008C6998" w:rsidRDefault="00FD1C99" w:rsidP="00816FA0">
            <w:pPr>
              <w:rPr>
                <w:szCs w:val="24"/>
                <w:lang w:val="hr-HR"/>
              </w:rPr>
            </w:pPr>
          </w:p>
        </w:tc>
      </w:tr>
    </w:tbl>
    <w:p w14:paraId="04C7D4F7" w14:textId="77777777" w:rsidR="00356404" w:rsidRPr="00BB21D4" w:rsidRDefault="00CC4BCE" w:rsidP="0068095E">
      <w:pPr>
        <w:spacing w:before="100" w:beforeAutospacing="1" w:after="120"/>
        <w:rPr>
          <w:b/>
          <w:color w:val="003E7E"/>
          <w:sz w:val="20"/>
          <w:lang w:val="hr-HR"/>
        </w:rPr>
      </w:pPr>
      <w:r w:rsidRPr="00BB21D4">
        <w:rPr>
          <w:b/>
          <w:color w:val="003E7E"/>
          <w:sz w:val="20"/>
          <w:lang w:val="hr-HR"/>
        </w:rPr>
        <w:t>II. Izbornik: postupak na koji se obrazac odnosi</w:t>
      </w:r>
    </w:p>
    <w:tbl>
      <w:tblPr>
        <w:tblW w:w="5064" w:type="pct"/>
        <w:jc w:val="center"/>
        <w:tblLook w:val="04A0" w:firstRow="1" w:lastRow="0" w:firstColumn="1" w:lastColumn="0" w:noHBand="0" w:noVBand="1"/>
      </w:tblPr>
      <w:tblGrid>
        <w:gridCol w:w="10136"/>
      </w:tblGrid>
      <w:tr w:rsidR="00356404" w:rsidRPr="00BB21D4" w14:paraId="52E2A47A" w14:textId="77777777" w:rsidTr="00E449DC">
        <w:trPr>
          <w:jc w:val="center"/>
        </w:trPr>
        <w:tc>
          <w:tcPr>
            <w:tcW w:w="10136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0141C301" w14:textId="6D23C82C" w:rsidR="00356404" w:rsidRPr="00BB21D4" w:rsidRDefault="0068095E">
            <w:pPr>
              <w:rPr>
                <w:szCs w:val="24"/>
                <w:lang w:val="hr-HR"/>
              </w:rPr>
            </w:pPr>
            <w:r>
              <w:rPr>
                <w:color w:val="111827"/>
                <w:szCs w:val="24"/>
                <w:lang w:val="hr-H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4"/>
            <w:r>
              <w:rPr>
                <w:color w:val="111827"/>
                <w:szCs w:val="24"/>
                <w:lang w:val="hr-HR"/>
              </w:rPr>
              <w:instrText xml:space="preserve"> FORMCHECKBOX </w:instrText>
            </w:r>
            <w:r w:rsidR="00AE700E">
              <w:rPr>
                <w:color w:val="111827"/>
                <w:szCs w:val="24"/>
                <w:lang w:val="hr-HR"/>
              </w:rPr>
            </w:r>
            <w:r w:rsidR="00AE700E">
              <w:rPr>
                <w:color w:val="111827"/>
                <w:szCs w:val="24"/>
                <w:lang w:val="hr-HR"/>
              </w:rPr>
              <w:fldChar w:fldCharType="separate"/>
            </w:r>
            <w:r>
              <w:rPr>
                <w:color w:val="111827"/>
                <w:szCs w:val="24"/>
                <w:lang w:val="hr-HR"/>
              </w:rPr>
              <w:fldChar w:fldCharType="end"/>
            </w:r>
            <w:bookmarkEnd w:id="0"/>
            <w:r w:rsidR="00CC4BCE" w:rsidRPr="00BB21D4">
              <w:rPr>
                <w:color w:val="111827"/>
                <w:szCs w:val="24"/>
                <w:lang w:val="hr-HR"/>
              </w:rPr>
              <w:t xml:space="preserve">  izbor na slobodno znanstveno-nastavno radno mjesto docenta</w:t>
            </w:r>
          </w:p>
        </w:tc>
      </w:tr>
    </w:tbl>
    <w:p w14:paraId="15B98493" w14:textId="77777777" w:rsidR="00356404" w:rsidRPr="00BB21D4" w:rsidRDefault="00CC4BCE" w:rsidP="0068095E">
      <w:pPr>
        <w:spacing w:before="100" w:beforeAutospacing="1" w:after="120"/>
        <w:rPr>
          <w:b/>
          <w:color w:val="003E7E"/>
          <w:sz w:val="20"/>
          <w:lang w:val="hr-HR"/>
        </w:rPr>
      </w:pPr>
      <w:r w:rsidRPr="00BB21D4">
        <w:rPr>
          <w:b/>
          <w:color w:val="003E7E"/>
          <w:sz w:val="20"/>
          <w:lang w:val="hr-HR"/>
        </w:rPr>
        <w:t>III. Izjava o primjeni prijelaznih odredbi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008"/>
      </w:tblGrid>
      <w:tr w:rsidR="00356404" w:rsidRPr="00BB21D4" w14:paraId="201A38B0" w14:textId="77777777">
        <w:trPr>
          <w:jc w:val="center"/>
        </w:trPr>
        <w:tc>
          <w:tcPr>
            <w:tcW w:w="10368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F7FB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1FB2C7" w14:textId="77777777" w:rsidR="00356404" w:rsidRPr="00BB21D4" w:rsidRDefault="00CC4BCE">
            <w:pPr>
              <w:rPr>
                <w:lang w:val="hr-HR"/>
              </w:rPr>
            </w:pPr>
            <w:r w:rsidRPr="00BB21D4">
              <w:rPr>
                <w:b/>
                <w:color w:val="003E7E"/>
                <w:szCs w:val="24"/>
                <w:lang w:val="hr-HR"/>
              </w:rPr>
              <w:t>Pristupnik označava samo jednu od ponuđenih opcija.</w:t>
            </w:r>
          </w:p>
        </w:tc>
      </w:tr>
      <w:tr w:rsidR="00356404" w:rsidRPr="00BB21D4" w14:paraId="1F5EB88A" w14:textId="77777777">
        <w:trPr>
          <w:jc w:val="center"/>
        </w:trPr>
        <w:tc>
          <w:tcPr>
            <w:tcW w:w="10368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FD7ADA" w14:textId="73A4CC7A" w:rsidR="00356404" w:rsidRPr="00BB21D4" w:rsidRDefault="0068095E" w:rsidP="009B4175">
            <w:pPr>
              <w:jc w:val="both"/>
              <w:rPr>
                <w:lang w:val="hr-HR"/>
              </w:rPr>
            </w:pPr>
            <w:r>
              <w:rPr>
                <w:b/>
                <w:color w:val="003E7E"/>
                <w:sz w:val="20"/>
                <w:lang w:val="hr-HR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1"/>
            <w:r>
              <w:rPr>
                <w:b/>
                <w:color w:val="003E7E"/>
                <w:sz w:val="20"/>
                <w:lang w:val="hr-HR"/>
              </w:rPr>
              <w:instrText xml:space="preserve"> FORMCHECKBOX </w:instrText>
            </w:r>
            <w:r w:rsidR="00AE700E">
              <w:rPr>
                <w:b/>
                <w:color w:val="003E7E"/>
                <w:sz w:val="20"/>
                <w:lang w:val="hr-HR"/>
              </w:rPr>
            </w:r>
            <w:r w:rsidR="00AE700E">
              <w:rPr>
                <w:b/>
                <w:color w:val="003E7E"/>
                <w:sz w:val="20"/>
                <w:lang w:val="hr-HR"/>
              </w:rPr>
              <w:fldChar w:fldCharType="separate"/>
            </w:r>
            <w:r>
              <w:rPr>
                <w:b/>
                <w:color w:val="003E7E"/>
                <w:sz w:val="20"/>
                <w:lang w:val="hr-HR"/>
              </w:rPr>
              <w:fldChar w:fldCharType="end"/>
            </w:r>
            <w:bookmarkEnd w:id="1"/>
            <w:r w:rsidR="00CC4BCE" w:rsidRPr="00BB21D4">
              <w:rPr>
                <w:b/>
                <w:color w:val="003E7E"/>
                <w:sz w:val="20"/>
                <w:lang w:val="hr-HR"/>
              </w:rPr>
              <w:t xml:space="preserve">  </w:t>
            </w:r>
            <w:r w:rsidR="00CC4BCE" w:rsidRPr="00BB21D4">
              <w:rPr>
                <w:color w:val="111827"/>
                <w:szCs w:val="24"/>
                <w:lang w:val="hr-HR"/>
              </w:rPr>
              <w:t>Tražim primjenu prijelaznog režima iz članka 98. stavka 1. Nacionalnih kriterija. U tom slučaju tražim da se, na moj izbor odnosno reizbor, umjesto Dijela drugog, Glave II. i Glave III. Nacionalnih kriterija primijeni Prilog I., a umjesto Dijela drugog, Glave IV. Nacionalnih kriterija primijeni Prilog II. Nacionalnih kriterija</w:t>
            </w:r>
            <w:r w:rsidR="00CC4BCE" w:rsidRPr="00BB21D4">
              <w:rPr>
                <w:color w:val="111827"/>
                <w:sz w:val="17"/>
                <w:lang w:val="hr-HR"/>
              </w:rPr>
              <w:t>.</w:t>
            </w:r>
          </w:p>
        </w:tc>
      </w:tr>
      <w:tr w:rsidR="00356404" w:rsidRPr="0068095E" w14:paraId="46D1AE71" w14:textId="77777777">
        <w:trPr>
          <w:jc w:val="center"/>
        </w:trPr>
        <w:tc>
          <w:tcPr>
            <w:tcW w:w="10368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DA5A95" w14:textId="7349798F" w:rsidR="00356404" w:rsidRPr="00BB21D4" w:rsidRDefault="0068095E" w:rsidP="009B4175">
            <w:pPr>
              <w:jc w:val="both"/>
              <w:rPr>
                <w:lang w:val="hr-HR"/>
              </w:rPr>
            </w:pPr>
            <w:r>
              <w:rPr>
                <w:b/>
                <w:color w:val="003E7E"/>
                <w:sz w:val="20"/>
                <w:lang w:val="hr-HR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2"/>
            <w:r>
              <w:rPr>
                <w:b/>
                <w:color w:val="003E7E"/>
                <w:sz w:val="20"/>
                <w:lang w:val="hr-HR"/>
              </w:rPr>
              <w:instrText xml:space="preserve"> FORMCHECKBOX </w:instrText>
            </w:r>
            <w:r w:rsidR="00AE700E">
              <w:rPr>
                <w:b/>
                <w:color w:val="003E7E"/>
                <w:sz w:val="20"/>
                <w:lang w:val="hr-HR"/>
              </w:rPr>
            </w:r>
            <w:r w:rsidR="00AE700E">
              <w:rPr>
                <w:b/>
                <w:color w:val="003E7E"/>
                <w:sz w:val="20"/>
                <w:lang w:val="hr-HR"/>
              </w:rPr>
              <w:fldChar w:fldCharType="separate"/>
            </w:r>
            <w:r>
              <w:rPr>
                <w:b/>
                <w:color w:val="003E7E"/>
                <w:sz w:val="20"/>
                <w:lang w:val="hr-HR"/>
              </w:rPr>
              <w:fldChar w:fldCharType="end"/>
            </w:r>
            <w:bookmarkEnd w:id="2"/>
            <w:r w:rsidR="00CC4BCE" w:rsidRPr="00BB21D4">
              <w:rPr>
                <w:b/>
                <w:color w:val="003E7E"/>
                <w:sz w:val="20"/>
                <w:lang w:val="hr-HR"/>
              </w:rPr>
              <w:t xml:space="preserve">  </w:t>
            </w:r>
            <w:r w:rsidR="00CC4BCE" w:rsidRPr="00BB21D4">
              <w:rPr>
                <w:color w:val="111827"/>
                <w:szCs w:val="24"/>
                <w:lang w:val="hr-HR"/>
              </w:rPr>
              <w:t>Ne tražim primjenu prijelaznog režima iz članka 98. stavka 1. Nacionalnih kriterija te prihvaćam primjenu važećih odredbi Nacionalnih kriterija za predmetni postupak.</w:t>
            </w:r>
          </w:p>
        </w:tc>
      </w:tr>
    </w:tbl>
    <w:p w14:paraId="4C21CAA3" w14:textId="77777777" w:rsidR="00FD1C99" w:rsidRDefault="00FD1C99" w:rsidP="00FD1C99">
      <w:pPr>
        <w:rPr>
          <w:b/>
          <w:color w:val="003E7E"/>
          <w:sz w:val="20"/>
          <w:lang w:val="hr-HR"/>
        </w:rPr>
      </w:pPr>
    </w:p>
    <w:p w14:paraId="751DF43F" w14:textId="52DB8FA0" w:rsidR="00356404" w:rsidRPr="00BB21D4" w:rsidRDefault="00CC4BCE" w:rsidP="0068095E">
      <w:pPr>
        <w:spacing w:after="200" w:line="276" w:lineRule="auto"/>
        <w:rPr>
          <w:b/>
          <w:color w:val="003E7E"/>
          <w:sz w:val="20"/>
          <w:lang w:val="hr-HR"/>
        </w:rPr>
      </w:pPr>
      <w:r w:rsidRPr="00BB21D4">
        <w:rPr>
          <w:b/>
          <w:color w:val="003E7E"/>
          <w:sz w:val="20"/>
          <w:lang w:val="hr-HR"/>
        </w:rPr>
        <w:t>IV. Opća izjava pristupnika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008"/>
      </w:tblGrid>
      <w:tr w:rsidR="00356404" w:rsidRPr="0068095E" w14:paraId="51CBA20B" w14:textId="77777777">
        <w:trPr>
          <w:jc w:val="center"/>
        </w:trPr>
        <w:tc>
          <w:tcPr>
            <w:tcW w:w="10368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93014DE" w14:textId="77777777" w:rsidR="00356404" w:rsidRPr="00BB21D4" w:rsidRDefault="00CC4BCE">
            <w:pPr>
              <w:spacing w:after="20"/>
              <w:rPr>
                <w:sz w:val="20"/>
                <w:szCs w:val="24"/>
                <w:lang w:val="hr-HR"/>
              </w:rPr>
            </w:pPr>
            <w:r w:rsidRPr="00BB21D4">
              <w:rPr>
                <w:b/>
                <w:color w:val="003E7E"/>
                <w:szCs w:val="24"/>
                <w:lang w:val="hr-HR"/>
              </w:rPr>
              <w:t>Potpisom ove izjave potvrđujem sljedeće:</w:t>
            </w:r>
          </w:p>
          <w:p w14:paraId="649D456A" w14:textId="77777777" w:rsidR="00356404" w:rsidRPr="00BB21D4" w:rsidRDefault="00CC4BCE">
            <w:pPr>
              <w:rPr>
                <w:sz w:val="20"/>
                <w:szCs w:val="24"/>
                <w:lang w:val="hr-HR"/>
              </w:rPr>
            </w:pPr>
            <w:r w:rsidRPr="00BB21D4">
              <w:rPr>
                <w:color w:val="003E7E"/>
                <w:szCs w:val="24"/>
                <w:lang w:val="hr-HR"/>
              </w:rPr>
              <w:t xml:space="preserve">• </w:t>
            </w:r>
            <w:r w:rsidRPr="00BB21D4">
              <w:rPr>
                <w:color w:val="111827"/>
                <w:szCs w:val="24"/>
                <w:lang w:val="hr-HR"/>
              </w:rPr>
              <w:t>upoznat/a sam s time da zahtjev za primjenu prijelaznih odredbi mora biti dan najkasnije do isteka roka za dostavu dokaza o ispunjavanju kriterija za izbor odnosno reizbor;</w:t>
            </w:r>
          </w:p>
          <w:p w14:paraId="007CD944" w14:textId="77777777" w:rsidR="00356404" w:rsidRPr="00BB21D4" w:rsidRDefault="00CC4BCE">
            <w:pPr>
              <w:rPr>
                <w:sz w:val="20"/>
                <w:szCs w:val="24"/>
                <w:lang w:val="hr-HR"/>
              </w:rPr>
            </w:pPr>
            <w:r w:rsidRPr="00BB21D4">
              <w:rPr>
                <w:color w:val="003E7E"/>
                <w:szCs w:val="24"/>
                <w:lang w:val="hr-HR"/>
              </w:rPr>
              <w:t xml:space="preserve">• </w:t>
            </w:r>
            <w:r w:rsidRPr="00BB21D4">
              <w:rPr>
                <w:color w:val="111827"/>
                <w:szCs w:val="24"/>
                <w:lang w:val="hr-HR"/>
              </w:rPr>
              <w:t>podaci navedeni u ovoj izjavi i priloženoj dokumentaciji potpuni su i istiniti prema mojem najboljem znanju;</w:t>
            </w:r>
          </w:p>
          <w:p w14:paraId="50A7AC71" w14:textId="77777777" w:rsidR="00356404" w:rsidRPr="00BB21D4" w:rsidRDefault="00CC4BCE">
            <w:pPr>
              <w:rPr>
                <w:sz w:val="20"/>
                <w:szCs w:val="24"/>
                <w:lang w:val="hr-HR"/>
              </w:rPr>
            </w:pPr>
            <w:r w:rsidRPr="00BB21D4">
              <w:rPr>
                <w:color w:val="003E7E"/>
                <w:szCs w:val="24"/>
                <w:lang w:val="hr-HR"/>
              </w:rPr>
              <w:t xml:space="preserve">• </w:t>
            </w:r>
            <w:r w:rsidRPr="00BB21D4">
              <w:rPr>
                <w:color w:val="111827"/>
                <w:szCs w:val="24"/>
                <w:lang w:val="hr-HR"/>
              </w:rPr>
              <w:t>suglasan/na sam da Sveučilište u Zagrebu Medicinski fakultet podatke iz ove izjave obrađuje za potrebe provedbe predmetnog postupka izbora odnosno reizbora;</w:t>
            </w:r>
          </w:p>
          <w:p w14:paraId="4B8F415E" w14:textId="77777777" w:rsidR="00356404" w:rsidRPr="00BB21D4" w:rsidRDefault="00CC4BCE">
            <w:pPr>
              <w:rPr>
                <w:lang w:val="hr-HR"/>
              </w:rPr>
            </w:pPr>
            <w:r w:rsidRPr="00BB21D4">
              <w:rPr>
                <w:color w:val="003E7E"/>
                <w:szCs w:val="24"/>
                <w:lang w:val="hr-HR"/>
              </w:rPr>
              <w:t xml:space="preserve">• </w:t>
            </w:r>
            <w:r w:rsidRPr="00BB21D4">
              <w:rPr>
                <w:color w:val="111827"/>
                <w:szCs w:val="24"/>
                <w:lang w:val="hr-HR"/>
              </w:rPr>
              <w:t xml:space="preserve">upoznat/a sam s time da se za postupke započete prije stupanja na snagu Nacionalnih kriterija primjenjuju propisi koji su bili na snazi u trenutku pokretanja </w:t>
            </w:r>
            <w:r w:rsidRPr="00BB21D4">
              <w:rPr>
                <w:color w:val="111827"/>
                <w:sz w:val="16"/>
                <w:lang w:val="hr-HR"/>
              </w:rPr>
              <w:t>postupka.</w:t>
            </w:r>
          </w:p>
        </w:tc>
      </w:tr>
    </w:tbl>
    <w:p w14:paraId="0C14533F" w14:textId="77777777" w:rsidR="00356404" w:rsidRPr="00BB21D4" w:rsidRDefault="00CC4BCE" w:rsidP="0068095E">
      <w:pPr>
        <w:spacing w:before="100" w:beforeAutospacing="1" w:after="120"/>
        <w:rPr>
          <w:b/>
          <w:color w:val="003E7E"/>
          <w:sz w:val="20"/>
          <w:lang w:val="hr-HR"/>
        </w:rPr>
      </w:pPr>
      <w:r w:rsidRPr="00BB21D4">
        <w:rPr>
          <w:b/>
          <w:color w:val="003E7E"/>
          <w:sz w:val="20"/>
          <w:lang w:val="hr-HR"/>
        </w:rPr>
        <w:t>V. Kontrolna lista priloga i dokaza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04"/>
        <w:gridCol w:w="7056"/>
        <w:gridCol w:w="1080"/>
        <w:gridCol w:w="1368"/>
      </w:tblGrid>
      <w:tr w:rsidR="00356404" w:rsidRPr="00BB21D4" w14:paraId="03EBC0A8" w14:textId="77777777">
        <w:trPr>
          <w:tblHeader/>
          <w:jc w:val="center"/>
        </w:trPr>
        <w:tc>
          <w:tcPr>
            <w:tcW w:w="504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003E7E"/>
            <w:tcMar>
              <w:top w:w="60" w:type="dxa"/>
              <w:left w:w="50" w:type="dxa"/>
              <w:bottom w:w="60" w:type="dxa"/>
              <w:right w:w="50" w:type="dxa"/>
            </w:tcMar>
            <w:vAlign w:val="center"/>
          </w:tcPr>
          <w:p w14:paraId="02CA43CC" w14:textId="77777777" w:rsidR="00356404" w:rsidRPr="00BB21D4" w:rsidRDefault="00CC4BCE">
            <w:pPr>
              <w:jc w:val="center"/>
              <w:rPr>
                <w:lang w:val="hr-HR"/>
              </w:rPr>
            </w:pPr>
            <w:r w:rsidRPr="00BB21D4">
              <w:rPr>
                <w:b/>
                <w:color w:val="FFFFFF"/>
                <w:sz w:val="15"/>
                <w:lang w:val="hr-HR"/>
              </w:rPr>
              <w:t>Br.</w:t>
            </w:r>
          </w:p>
        </w:tc>
        <w:tc>
          <w:tcPr>
            <w:tcW w:w="7056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003E7E"/>
            <w:tcMar>
              <w:top w:w="60" w:type="dxa"/>
              <w:left w:w="50" w:type="dxa"/>
              <w:bottom w:w="60" w:type="dxa"/>
              <w:right w:w="50" w:type="dxa"/>
            </w:tcMar>
            <w:vAlign w:val="center"/>
          </w:tcPr>
          <w:p w14:paraId="2497AD85" w14:textId="77777777" w:rsidR="00356404" w:rsidRPr="00BB21D4" w:rsidRDefault="00CC4BCE">
            <w:pPr>
              <w:jc w:val="center"/>
              <w:rPr>
                <w:lang w:val="hr-HR"/>
              </w:rPr>
            </w:pPr>
            <w:r w:rsidRPr="00BB21D4">
              <w:rPr>
                <w:b/>
                <w:color w:val="FFFFFF"/>
                <w:sz w:val="15"/>
                <w:lang w:val="hr-HR"/>
              </w:rPr>
              <w:t>Dokaz / prilog</w:t>
            </w:r>
          </w:p>
        </w:tc>
        <w:tc>
          <w:tcPr>
            <w:tcW w:w="1080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003E7E"/>
            <w:tcMar>
              <w:top w:w="60" w:type="dxa"/>
              <w:left w:w="50" w:type="dxa"/>
              <w:bottom w:w="60" w:type="dxa"/>
              <w:right w:w="50" w:type="dxa"/>
            </w:tcMar>
            <w:vAlign w:val="center"/>
          </w:tcPr>
          <w:p w14:paraId="69E89AF0" w14:textId="77777777" w:rsidR="00356404" w:rsidRPr="00BB21D4" w:rsidRDefault="00CC4BCE">
            <w:pPr>
              <w:jc w:val="center"/>
              <w:rPr>
                <w:lang w:val="hr-HR"/>
              </w:rPr>
            </w:pPr>
            <w:r w:rsidRPr="00BB21D4">
              <w:rPr>
                <w:b/>
                <w:color w:val="FFFFFF"/>
                <w:sz w:val="15"/>
                <w:lang w:val="hr-HR"/>
              </w:rPr>
              <w:t>Priloženo</w:t>
            </w:r>
          </w:p>
        </w:tc>
        <w:tc>
          <w:tcPr>
            <w:tcW w:w="1368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003E7E"/>
            <w:tcMar>
              <w:top w:w="60" w:type="dxa"/>
              <w:left w:w="50" w:type="dxa"/>
              <w:bottom w:w="60" w:type="dxa"/>
              <w:right w:w="50" w:type="dxa"/>
            </w:tcMar>
            <w:vAlign w:val="center"/>
          </w:tcPr>
          <w:p w14:paraId="1B8CCEF1" w14:textId="77777777" w:rsidR="00356404" w:rsidRPr="00BB21D4" w:rsidRDefault="00CC4BCE">
            <w:pPr>
              <w:jc w:val="center"/>
              <w:rPr>
                <w:lang w:val="hr-HR"/>
              </w:rPr>
            </w:pPr>
            <w:r w:rsidRPr="00BB21D4">
              <w:rPr>
                <w:b/>
                <w:color w:val="FFFFFF"/>
                <w:sz w:val="15"/>
                <w:lang w:val="hr-HR"/>
              </w:rPr>
              <w:t>Nije primjenjivo</w:t>
            </w:r>
          </w:p>
        </w:tc>
      </w:tr>
      <w:tr w:rsidR="00356404" w:rsidRPr="00BB21D4" w14:paraId="1393DC4F" w14:textId="77777777">
        <w:trPr>
          <w:jc w:val="center"/>
        </w:trPr>
        <w:tc>
          <w:tcPr>
            <w:tcW w:w="504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4A9CFD" w14:textId="77777777" w:rsidR="00356404" w:rsidRPr="00BB21D4" w:rsidRDefault="00CC4BCE">
            <w:pPr>
              <w:jc w:val="center"/>
              <w:rPr>
                <w:lang w:val="hr-HR"/>
              </w:rPr>
            </w:pPr>
            <w:r w:rsidRPr="00BB21D4">
              <w:rPr>
                <w:color w:val="111827"/>
                <w:sz w:val="16"/>
                <w:lang w:val="hr-HR"/>
              </w:rPr>
              <w:t>1.</w:t>
            </w:r>
          </w:p>
        </w:tc>
        <w:tc>
          <w:tcPr>
            <w:tcW w:w="7056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7552F9" w14:textId="77777777" w:rsidR="00356404" w:rsidRPr="00BB21D4" w:rsidRDefault="00CC4BCE" w:rsidP="009B4175">
            <w:pPr>
              <w:jc w:val="both"/>
              <w:rPr>
                <w:sz w:val="16"/>
                <w:szCs w:val="24"/>
                <w:lang w:val="hr-HR"/>
              </w:rPr>
            </w:pPr>
            <w:r w:rsidRPr="00BB21D4">
              <w:rPr>
                <w:color w:val="111827"/>
                <w:sz w:val="16"/>
                <w:szCs w:val="24"/>
                <w:lang w:val="hr-HR"/>
              </w:rPr>
              <w:t>životopis, popis radova i dokaz o stečenom doktoratu znanosti, odnosno dokaz o ranijem izboru ako je primjenjivo</w:t>
            </w:r>
          </w:p>
        </w:tc>
        <w:tc>
          <w:tcPr>
            <w:tcW w:w="1080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FD1C15" w14:textId="3FFF2240" w:rsidR="00356404" w:rsidRPr="00BB21D4" w:rsidRDefault="0068095E">
            <w:pPr>
              <w:jc w:val="center"/>
              <w:rPr>
                <w:lang w:val="hr-HR"/>
              </w:rPr>
            </w:pPr>
            <w:r>
              <w:rPr>
                <w:color w:val="111827"/>
                <w:sz w:val="16"/>
                <w:lang w:val="hr-HR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3"/>
            <w:r>
              <w:rPr>
                <w:color w:val="111827"/>
                <w:sz w:val="16"/>
                <w:lang w:val="hr-HR"/>
              </w:rPr>
              <w:instrText xml:space="preserve"> FORMCHECKBOX </w:instrText>
            </w:r>
            <w:r w:rsidR="00AE700E">
              <w:rPr>
                <w:color w:val="111827"/>
                <w:sz w:val="16"/>
                <w:lang w:val="hr-HR"/>
              </w:rPr>
            </w:r>
            <w:r w:rsidR="00AE700E">
              <w:rPr>
                <w:color w:val="111827"/>
                <w:sz w:val="16"/>
                <w:lang w:val="hr-HR"/>
              </w:rPr>
              <w:fldChar w:fldCharType="separate"/>
            </w:r>
            <w:r>
              <w:rPr>
                <w:color w:val="111827"/>
                <w:sz w:val="16"/>
                <w:lang w:val="hr-HR"/>
              </w:rPr>
              <w:fldChar w:fldCharType="end"/>
            </w:r>
            <w:bookmarkEnd w:id="3"/>
          </w:p>
        </w:tc>
        <w:tc>
          <w:tcPr>
            <w:tcW w:w="1368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2B34C3" w14:textId="22C6492A" w:rsidR="00356404" w:rsidRPr="00BB21D4" w:rsidRDefault="0068095E">
            <w:pPr>
              <w:jc w:val="center"/>
              <w:rPr>
                <w:lang w:val="hr-HR"/>
              </w:rPr>
            </w:pPr>
            <w:r>
              <w:rPr>
                <w:color w:val="111827"/>
                <w:sz w:val="16"/>
                <w:lang w:val="hr-HR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4"/>
            <w:r>
              <w:rPr>
                <w:color w:val="111827"/>
                <w:sz w:val="16"/>
                <w:lang w:val="hr-HR"/>
              </w:rPr>
              <w:instrText xml:space="preserve"> FORMCHECKBOX </w:instrText>
            </w:r>
            <w:r w:rsidR="00AE700E">
              <w:rPr>
                <w:color w:val="111827"/>
                <w:sz w:val="16"/>
                <w:lang w:val="hr-HR"/>
              </w:rPr>
            </w:r>
            <w:r w:rsidR="00AE700E">
              <w:rPr>
                <w:color w:val="111827"/>
                <w:sz w:val="16"/>
                <w:lang w:val="hr-HR"/>
              </w:rPr>
              <w:fldChar w:fldCharType="separate"/>
            </w:r>
            <w:r>
              <w:rPr>
                <w:color w:val="111827"/>
                <w:sz w:val="16"/>
                <w:lang w:val="hr-HR"/>
              </w:rPr>
              <w:fldChar w:fldCharType="end"/>
            </w:r>
            <w:bookmarkEnd w:id="4"/>
          </w:p>
        </w:tc>
      </w:tr>
      <w:tr w:rsidR="00356404" w:rsidRPr="00BB21D4" w14:paraId="72271D05" w14:textId="77777777">
        <w:trPr>
          <w:jc w:val="center"/>
        </w:trPr>
        <w:tc>
          <w:tcPr>
            <w:tcW w:w="504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F8FB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777068" w14:textId="77777777" w:rsidR="00356404" w:rsidRPr="00BB21D4" w:rsidRDefault="00CC4BCE">
            <w:pPr>
              <w:jc w:val="center"/>
              <w:rPr>
                <w:lang w:val="hr-HR"/>
              </w:rPr>
            </w:pPr>
            <w:r w:rsidRPr="00BB21D4">
              <w:rPr>
                <w:color w:val="111827"/>
                <w:sz w:val="16"/>
                <w:lang w:val="hr-HR"/>
              </w:rPr>
              <w:t>2.</w:t>
            </w:r>
          </w:p>
        </w:tc>
        <w:tc>
          <w:tcPr>
            <w:tcW w:w="7056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F8FB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2017FA" w14:textId="77777777" w:rsidR="00356404" w:rsidRPr="00BB21D4" w:rsidRDefault="00CC4BCE" w:rsidP="009B4175">
            <w:pPr>
              <w:jc w:val="both"/>
              <w:rPr>
                <w:sz w:val="16"/>
                <w:szCs w:val="24"/>
                <w:lang w:val="hr-HR"/>
              </w:rPr>
            </w:pPr>
            <w:proofErr w:type="spellStart"/>
            <w:r w:rsidRPr="00BB21D4">
              <w:rPr>
                <w:color w:val="111827"/>
                <w:sz w:val="16"/>
                <w:szCs w:val="24"/>
                <w:lang w:val="hr-HR"/>
              </w:rPr>
              <w:t>bibliometrijska</w:t>
            </w:r>
            <w:proofErr w:type="spellEnd"/>
            <w:r w:rsidRPr="00BB21D4">
              <w:rPr>
                <w:color w:val="111827"/>
                <w:sz w:val="16"/>
                <w:szCs w:val="24"/>
                <w:lang w:val="hr-HR"/>
              </w:rPr>
              <w:t xml:space="preserve"> potvrda knjižnice i/ili drugi dokaz o znanstvenim radovima, citatima, </w:t>
            </w:r>
            <w:proofErr w:type="spellStart"/>
            <w:r w:rsidRPr="00BB21D4">
              <w:rPr>
                <w:color w:val="111827"/>
                <w:sz w:val="16"/>
                <w:szCs w:val="24"/>
                <w:lang w:val="hr-HR"/>
              </w:rPr>
              <w:t>kvartilima</w:t>
            </w:r>
            <w:proofErr w:type="spellEnd"/>
            <w:r w:rsidRPr="00BB21D4">
              <w:rPr>
                <w:color w:val="111827"/>
                <w:sz w:val="16"/>
                <w:szCs w:val="24"/>
                <w:lang w:val="hr-HR"/>
              </w:rPr>
              <w:t xml:space="preserve"> ili drugim pokazateljima, ako je primjenjivo</w:t>
            </w:r>
          </w:p>
        </w:tc>
        <w:tc>
          <w:tcPr>
            <w:tcW w:w="1080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F8FB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44B5A0" w14:textId="213F5CA8" w:rsidR="00356404" w:rsidRPr="00BB21D4" w:rsidRDefault="0068095E">
            <w:pPr>
              <w:jc w:val="center"/>
              <w:rPr>
                <w:lang w:val="hr-HR"/>
              </w:rPr>
            </w:pPr>
            <w:r>
              <w:rPr>
                <w:color w:val="111827"/>
                <w:sz w:val="16"/>
                <w:lang w:val="hr-HR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5"/>
            <w:r>
              <w:rPr>
                <w:color w:val="111827"/>
                <w:sz w:val="16"/>
                <w:lang w:val="hr-HR"/>
              </w:rPr>
              <w:instrText xml:space="preserve"> FORMCHECKBOX </w:instrText>
            </w:r>
            <w:r w:rsidR="00AE700E">
              <w:rPr>
                <w:color w:val="111827"/>
                <w:sz w:val="16"/>
                <w:lang w:val="hr-HR"/>
              </w:rPr>
            </w:r>
            <w:r w:rsidR="00AE700E">
              <w:rPr>
                <w:color w:val="111827"/>
                <w:sz w:val="16"/>
                <w:lang w:val="hr-HR"/>
              </w:rPr>
              <w:fldChar w:fldCharType="separate"/>
            </w:r>
            <w:r>
              <w:rPr>
                <w:color w:val="111827"/>
                <w:sz w:val="16"/>
                <w:lang w:val="hr-HR"/>
              </w:rPr>
              <w:fldChar w:fldCharType="end"/>
            </w:r>
            <w:bookmarkEnd w:id="5"/>
          </w:p>
        </w:tc>
        <w:tc>
          <w:tcPr>
            <w:tcW w:w="1368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F8FB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F892DF" w14:textId="47B2C6B4" w:rsidR="00356404" w:rsidRPr="00BB21D4" w:rsidRDefault="0068095E">
            <w:pPr>
              <w:jc w:val="center"/>
              <w:rPr>
                <w:lang w:val="hr-HR"/>
              </w:rPr>
            </w:pPr>
            <w:r>
              <w:rPr>
                <w:color w:val="111827"/>
                <w:sz w:val="16"/>
                <w:lang w:val="hr-HR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6"/>
            <w:r>
              <w:rPr>
                <w:color w:val="111827"/>
                <w:sz w:val="16"/>
                <w:lang w:val="hr-HR"/>
              </w:rPr>
              <w:instrText xml:space="preserve"> FORMCHECKBOX </w:instrText>
            </w:r>
            <w:r w:rsidR="00AE700E">
              <w:rPr>
                <w:color w:val="111827"/>
                <w:sz w:val="16"/>
                <w:lang w:val="hr-HR"/>
              </w:rPr>
            </w:r>
            <w:r w:rsidR="00AE700E">
              <w:rPr>
                <w:color w:val="111827"/>
                <w:sz w:val="16"/>
                <w:lang w:val="hr-HR"/>
              </w:rPr>
              <w:fldChar w:fldCharType="separate"/>
            </w:r>
            <w:r>
              <w:rPr>
                <w:color w:val="111827"/>
                <w:sz w:val="16"/>
                <w:lang w:val="hr-HR"/>
              </w:rPr>
              <w:fldChar w:fldCharType="end"/>
            </w:r>
            <w:bookmarkEnd w:id="6"/>
          </w:p>
        </w:tc>
      </w:tr>
      <w:tr w:rsidR="00356404" w:rsidRPr="00BB21D4" w14:paraId="4D7C9052" w14:textId="77777777">
        <w:trPr>
          <w:jc w:val="center"/>
        </w:trPr>
        <w:tc>
          <w:tcPr>
            <w:tcW w:w="504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9148DE" w14:textId="77777777" w:rsidR="00356404" w:rsidRPr="00BB21D4" w:rsidRDefault="00CC4BCE">
            <w:pPr>
              <w:jc w:val="center"/>
              <w:rPr>
                <w:lang w:val="hr-HR"/>
              </w:rPr>
            </w:pPr>
            <w:r w:rsidRPr="00BB21D4">
              <w:rPr>
                <w:color w:val="111827"/>
                <w:sz w:val="16"/>
                <w:lang w:val="hr-HR"/>
              </w:rPr>
              <w:lastRenderedPageBreak/>
              <w:t>3.</w:t>
            </w:r>
          </w:p>
        </w:tc>
        <w:tc>
          <w:tcPr>
            <w:tcW w:w="7056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A556D3" w14:textId="77777777" w:rsidR="00356404" w:rsidRPr="00BB21D4" w:rsidRDefault="00CC4BCE" w:rsidP="009B4175">
            <w:pPr>
              <w:jc w:val="both"/>
              <w:rPr>
                <w:sz w:val="16"/>
                <w:szCs w:val="24"/>
                <w:lang w:val="hr-HR"/>
              </w:rPr>
            </w:pPr>
            <w:r w:rsidRPr="00BB21D4">
              <w:rPr>
                <w:color w:val="111827"/>
                <w:sz w:val="16"/>
                <w:szCs w:val="24"/>
                <w:lang w:val="hr-HR"/>
              </w:rPr>
              <w:t>dokazi o ispunjavanju horizontalnih i vertikalnih kriterija prema Dijelu drugom Nacionalnih kriterija ili dokazi prema Prilogu I. ako je tražena primjena prijelaznog režima</w:t>
            </w:r>
          </w:p>
        </w:tc>
        <w:tc>
          <w:tcPr>
            <w:tcW w:w="1080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009EE3" w14:textId="53387E14" w:rsidR="00356404" w:rsidRPr="00BB21D4" w:rsidRDefault="0068095E">
            <w:pPr>
              <w:jc w:val="center"/>
              <w:rPr>
                <w:lang w:val="hr-HR"/>
              </w:rPr>
            </w:pPr>
            <w:r>
              <w:rPr>
                <w:color w:val="111827"/>
                <w:sz w:val="16"/>
                <w:lang w:val="hr-HR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7"/>
            <w:r>
              <w:rPr>
                <w:color w:val="111827"/>
                <w:sz w:val="16"/>
                <w:lang w:val="hr-HR"/>
              </w:rPr>
              <w:instrText xml:space="preserve"> FORMCHECKBOX </w:instrText>
            </w:r>
            <w:r w:rsidR="00AE700E">
              <w:rPr>
                <w:color w:val="111827"/>
                <w:sz w:val="16"/>
                <w:lang w:val="hr-HR"/>
              </w:rPr>
            </w:r>
            <w:r w:rsidR="00AE700E">
              <w:rPr>
                <w:color w:val="111827"/>
                <w:sz w:val="16"/>
                <w:lang w:val="hr-HR"/>
              </w:rPr>
              <w:fldChar w:fldCharType="separate"/>
            </w:r>
            <w:r>
              <w:rPr>
                <w:color w:val="111827"/>
                <w:sz w:val="16"/>
                <w:lang w:val="hr-HR"/>
              </w:rPr>
              <w:fldChar w:fldCharType="end"/>
            </w:r>
            <w:bookmarkEnd w:id="7"/>
          </w:p>
        </w:tc>
        <w:tc>
          <w:tcPr>
            <w:tcW w:w="1368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DC5A30" w14:textId="785A381C" w:rsidR="00356404" w:rsidRPr="00BB21D4" w:rsidRDefault="0068095E">
            <w:pPr>
              <w:jc w:val="center"/>
              <w:rPr>
                <w:lang w:val="hr-HR"/>
              </w:rPr>
            </w:pPr>
            <w:r>
              <w:rPr>
                <w:color w:val="111827"/>
                <w:sz w:val="16"/>
                <w:lang w:val="hr-HR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8"/>
            <w:r>
              <w:rPr>
                <w:color w:val="111827"/>
                <w:sz w:val="16"/>
                <w:lang w:val="hr-HR"/>
              </w:rPr>
              <w:instrText xml:space="preserve"> FORMCHECKBOX </w:instrText>
            </w:r>
            <w:r w:rsidR="00AE700E">
              <w:rPr>
                <w:color w:val="111827"/>
                <w:sz w:val="16"/>
                <w:lang w:val="hr-HR"/>
              </w:rPr>
            </w:r>
            <w:r w:rsidR="00AE700E">
              <w:rPr>
                <w:color w:val="111827"/>
                <w:sz w:val="16"/>
                <w:lang w:val="hr-HR"/>
              </w:rPr>
              <w:fldChar w:fldCharType="separate"/>
            </w:r>
            <w:r>
              <w:rPr>
                <w:color w:val="111827"/>
                <w:sz w:val="16"/>
                <w:lang w:val="hr-HR"/>
              </w:rPr>
              <w:fldChar w:fldCharType="end"/>
            </w:r>
            <w:bookmarkEnd w:id="8"/>
          </w:p>
        </w:tc>
      </w:tr>
      <w:tr w:rsidR="00356404" w:rsidRPr="00BB21D4" w14:paraId="326C83DF" w14:textId="77777777">
        <w:trPr>
          <w:jc w:val="center"/>
        </w:trPr>
        <w:tc>
          <w:tcPr>
            <w:tcW w:w="504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F8FB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B96C10" w14:textId="77777777" w:rsidR="00356404" w:rsidRPr="00BB21D4" w:rsidRDefault="00CC4BCE">
            <w:pPr>
              <w:jc w:val="center"/>
              <w:rPr>
                <w:lang w:val="hr-HR"/>
              </w:rPr>
            </w:pPr>
            <w:r w:rsidRPr="00BB21D4">
              <w:rPr>
                <w:color w:val="111827"/>
                <w:sz w:val="16"/>
                <w:lang w:val="hr-HR"/>
              </w:rPr>
              <w:t>4.</w:t>
            </w:r>
          </w:p>
        </w:tc>
        <w:tc>
          <w:tcPr>
            <w:tcW w:w="7056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F8FB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736638" w14:textId="77777777" w:rsidR="00356404" w:rsidRPr="00BB21D4" w:rsidRDefault="00CC4BCE" w:rsidP="009B4175">
            <w:pPr>
              <w:jc w:val="both"/>
              <w:rPr>
                <w:sz w:val="16"/>
                <w:szCs w:val="24"/>
                <w:lang w:val="hr-HR"/>
              </w:rPr>
            </w:pPr>
            <w:r w:rsidRPr="00BB21D4">
              <w:rPr>
                <w:color w:val="111827"/>
                <w:sz w:val="16"/>
                <w:szCs w:val="24"/>
                <w:lang w:val="hr-HR"/>
              </w:rPr>
              <w:t>dokazi o ispunjavanju posebnih kriterija nastavnog, znanstveno-stručnog i društvenog doprinosa prema članku 41. Nacionalnih kriterija ili dokazi prema Prilogu II. ako je tražena primjena prijelaznog režima</w:t>
            </w:r>
          </w:p>
        </w:tc>
        <w:tc>
          <w:tcPr>
            <w:tcW w:w="1080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F8FB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256C53" w14:textId="7B9EB661" w:rsidR="00356404" w:rsidRPr="00BB21D4" w:rsidRDefault="0068095E">
            <w:pPr>
              <w:jc w:val="center"/>
              <w:rPr>
                <w:lang w:val="hr-HR"/>
              </w:rPr>
            </w:pPr>
            <w:r>
              <w:rPr>
                <w:color w:val="111827"/>
                <w:sz w:val="16"/>
                <w:lang w:val="hr-HR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9"/>
            <w:r>
              <w:rPr>
                <w:color w:val="111827"/>
                <w:sz w:val="16"/>
                <w:lang w:val="hr-HR"/>
              </w:rPr>
              <w:instrText xml:space="preserve"> FORMCHECKBOX </w:instrText>
            </w:r>
            <w:r w:rsidR="00AE700E">
              <w:rPr>
                <w:color w:val="111827"/>
                <w:sz w:val="16"/>
                <w:lang w:val="hr-HR"/>
              </w:rPr>
            </w:r>
            <w:r w:rsidR="00AE700E">
              <w:rPr>
                <w:color w:val="111827"/>
                <w:sz w:val="16"/>
                <w:lang w:val="hr-HR"/>
              </w:rPr>
              <w:fldChar w:fldCharType="separate"/>
            </w:r>
            <w:r>
              <w:rPr>
                <w:color w:val="111827"/>
                <w:sz w:val="16"/>
                <w:lang w:val="hr-HR"/>
              </w:rPr>
              <w:fldChar w:fldCharType="end"/>
            </w:r>
            <w:bookmarkEnd w:id="9"/>
          </w:p>
        </w:tc>
        <w:tc>
          <w:tcPr>
            <w:tcW w:w="1368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F8FB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B9A143" w14:textId="11C86CBC" w:rsidR="00356404" w:rsidRPr="00BB21D4" w:rsidRDefault="0068095E">
            <w:pPr>
              <w:jc w:val="center"/>
              <w:rPr>
                <w:lang w:val="hr-HR"/>
              </w:rPr>
            </w:pPr>
            <w:r>
              <w:rPr>
                <w:color w:val="111827"/>
                <w:sz w:val="16"/>
                <w:lang w:val="hr-HR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0"/>
            <w:r>
              <w:rPr>
                <w:color w:val="111827"/>
                <w:sz w:val="16"/>
                <w:lang w:val="hr-HR"/>
              </w:rPr>
              <w:instrText xml:space="preserve"> FORMCHECKBOX </w:instrText>
            </w:r>
            <w:r w:rsidR="00AE700E">
              <w:rPr>
                <w:color w:val="111827"/>
                <w:sz w:val="16"/>
                <w:lang w:val="hr-HR"/>
              </w:rPr>
            </w:r>
            <w:r w:rsidR="00AE700E">
              <w:rPr>
                <w:color w:val="111827"/>
                <w:sz w:val="16"/>
                <w:lang w:val="hr-HR"/>
              </w:rPr>
              <w:fldChar w:fldCharType="separate"/>
            </w:r>
            <w:r>
              <w:rPr>
                <w:color w:val="111827"/>
                <w:sz w:val="16"/>
                <w:lang w:val="hr-HR"/>
              </w:rPr>
              <w:fldChar w:fldCharType="end"/>
            </w:r>
            <w:bookmarkEnd w:id="10"/>
          </w:p>
        </w:tc>
      </w:tr>
      <w:tr w:rsidR="00356404" w:rsidRPr="00BB21D4" w14:paraId="5C886502" w14:textId="77777777">
        <w:trPr>
          <w:jc w:val="center"/>
        </w:trPr>
        <w:tc>
          <w:tcPr>
            <w:tcW w:w="504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0BD7A9" w14:textId="77777777" w:rsidR="00356404" w:rsidRPr="00BB21D4" w:rsidRDefault="00CC4BCE">
            <w:pPr>
              <w:jc w:val="center"/>
              <w:rPr>
                <w:lang w:val="hr-HR"/>
              </w:rPr>
            </w:pPr>
            <w:r w:rsidRPr="00BB21D4">
              <w:rPr>
                <w:color w:val="111827"/>
                <w:sz w:val="16"/>
                <w:lang w:val="hr-HR"/>
              </w:rPr>
              <w:t>5.</w:t>
            </w:r>
          </w:p>
        </w:tc>
        <w:tc>
          <w:tcPr>
            <w:tcW w:w="7056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5D131C" w14:textId="77777777" w:rsidR="00356404" w:rsidRPr="00BB21D4" w:rsidRDefault="00CC4BCE" w:rsidP="009B4175">
            <w:pPr>
              <w:jc w:val="both"/>
              <w:rPr>
                <w:sz w:val="16"/>
                <w:szCs w:val="24"/>
                <w:lang w:val="hr-HR"/>
              </w:rPr>
            </w:pPr>
            <w:r w:rsidRPr="00BB21D4">
              <w:rPr>
                <w:color w:val="111827"/>
                <w:sz w:val="16"/>
                <w:szCs w:val="24"/>
                <w:lang w:val="hr-HR"/>
              </w:rPr>
              <w:t>dokaz o održanom nastavnom opterećenju prema Kolektivnom ugovoru za znanost i visoko obrazovanje, kad je propisano za izbor na više radno mjesto ili reizbor</w:t>
            </w:r>
          </w:p>
        </w:tc>
        <w:tc>
          <w:tcPr>
            <w:tcW w:w="1080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B2F32A" w14:textId="145071F9" w:rsidR="00356404" w:rsidRPr="00BB21D4" w:rsidRDefault="0068095E">
            <w:pPr>
              <w:jc w:val="center"/>
              <w:rPr>
                <w:lang w:val="hr-HR"/>
              </w:rPr>
            </w:pPr>
            <w:r>
              <w:rPr>
                <w:color w:val="111827"/>
                <w:sz w:val="16"/>
                <w:lang w:val="hr-HR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1"/>
            <w:r>
              <w:rPr>
                <w:color w:val="111827"/>
                <w:sz w:val="16"/>
                <w:lang w:val="hr-HR"/>
              </w:rPr>
              <w:instrText xml:space="preserve"> FORMCHECKBOX </w:instrText>
            </w:r>
            <w:r w:rsidR="00AE700E">
              <w:rPr>
                <w:color w:val="111827"/>
                <w:sz w:val="16"/>
                <w:lang w:val="hr-HR"/>
              </w:rPr>
            </w:r>
            <w:r w:rsidR="00AE700E">
              <w:rPr>
                <w:color w:val="111827"/>
                <w:sz w:val="16"/>
                <w:lang w:val="hr-HR"/>
              </w:rPr>
              <w:fldChar w:fldCharType="separate"/>
            </w:r>
            <w:r>
              <w:rPr>
                <w:color w:val="111827"/>
                <w:sz w:val="16"/>
                <w:lang w:val="hr-HR"/>
              </w:rPr>
              <w:fldChar w:fldCharType="end"/>
            </w:r>
            <w:bookmarkEnd w:id="11"/>
          </w:p>
        </w:tc>
        <w:tc>
          <w:tcPr>
            <w:tcW w:w="1368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274B80" w14:textId="06251663" w:rsidR="00356404" w:rsidRPr="00BB21D4" w:rsidRDefault="0068095E">
            <w:pPr>
              <w:jc w:val="center"/>
              <w:rPr>
                <w:lang w:val="hr-HR"/>
              </w:rPr>
            </w:pPr>
            <w:r>
              <w:rPr>
                <w:color w:val="111827"/>
                <w:sz w:val="16"/>
                <w:lang w:val="hr-HR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2"/>
            <w:r>
              <w:rPr>
                <w:color w:val="111827"/>
                <w:sz w:val="16"/>
                <w:lang w:val="hr-HR"/>
              </w:rPr>
              <w:instrText xml:space="preserve"> FORMCHECKBOX </w:instrText>
            </w:r>
            <w:r w:rsidR="00AE700E">
              <w:rPr>
                <w:color w:val="111827"/>
                <w:sz w:val="16"/>
                <w:lang w:val="hr-HR"/>
              </w:rPr>
            </w:r>
            <w:r w:rsidR="00AE700E">
              <w:rPr>
                <w:color w:val="111827"/>
                <w:sz w:val="16"/>
                <w:lang w:val="hr-HR"/>
              </w:rPr>
              <w:fldChar w:fldCharType="separate"/>
            </w:r>
            <w:r>
              <w:rPr>
                <w:color w:val="111827"/>
                <w:sz w:val="16"/>
                <w:lang w:val="hr-HR"/>
              </w:rPr>
              <w:fldChar w:fldCharType="end"/>
            </w:r>
            <w:bookmarkEnd w:id="12"/>
          </w:p>
        </w:tc>
      </w:tr>
      <w:tr w:rsidR="00356404" w:rsidRPr="00BB21D4" w14:paraId="11690EA7" w14:textId="77777777">
        <w:trPr>
          <w:jc w:val="center"/>
        </w:trPr>
        <w:tc>
          <w:tcPr>
            <w:tcW w:w="504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F8FB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97F323" w14:textId="77777777" w:rsidR="00356404" w:rsidRPr="00BB21D4" w:rsidRDefault="00CC4BCE">
            <w:pPr>
              <w:jc w:val="center"/>
              <w:rPr>
                <w:lang w:val="hr-HR"/>
              </w:rPr>
            </w:pPr>
            <w:r w:rsidRPr="00BB21D4">
              <w:rPr>
                <w:color w:val="111827"/>
                <w:sz w:val="16"/>
                <w:lang w:val="hr-HR"/>
              </w:rPr>
              <w:t>6.</w:t>
            </w:r>
          </w:p>
        </w:tc>
        <w:tc>
          <w:tcPr>
            <w:tcW w:w="7056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F8FB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5777C2" w14:textId="77777777" w:rsidR="00356404" w:rsidRPr="00BB21D4" w:rsidRDefault="00CC4BCE" w:rsidP="009B4175">
            <w:pPr>
              <w:jc w:val="both"/>
              <w:rPr>
                <w:sz w:val="16"/>
                <w:szCs w:val="24"/>
                <w:lang w:val="hr-HR"/>
              </w:rPr>
            </w:pPr>
            <w:r w:rsidRPr="00BB21D4">
              <w:rPr>
                <w:color w:val="111827"/>
                <w:sz w:val="16"/>
                <w:szCs w:val="24"/>
                <w:lang w:val="hr-HR"/>
              </w:rPr>
              <w:t>pozitivno ocijenjeni rezultati institucijskog istraživanja kvalitete nastavnog rada ili studentske ankete, kad je propisano</w:t>
            </w:r>
          </w:p>
        </w:tc>
        <w:tc>
          <w:tcPr>
            <w:tcW w:w="1080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F8FB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9A12A4" w14:textId="775E9AD6" w:rsidR="00356404" w:rsidRPr="00BB21D4" w:rsidRDefault="0068095E">
            <w:pPr>
              <w:jc w:val="center"/>
              <w:rPr>
                <w:lang w:val="hr-HR"/>
              </w:rPr>
            </w:pPr>
            <w:r>
              <w:rPr>
                <w:color w:val="111827"/>
                <w:sz w:val="16"/>
                <w:lang w:val="hr-HR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23"/>
            <w:r>
              <w:rPr>
                <w:color w:val="111827"/>
                <w:sz w:val="16"/>
                <w:lang w:val="hr-HR"/>
              </w:rPr>
              <w:instrText xml:space="preserve"> FORMCHECKBOX </w:instrText>
            </w:r>
            <w:r w:rsidR="00AE700E">
              <w:rPr>
                <w:color w:val="111827"/>
                <w:sz w:val="16"/>
                <w:lang w:val="hr-HR"/>
              </w:rPr>
            </w:r>
            <w:r w:rsidR="00AE700E">
              <w:rPr>
                <w:color w:val="111827"/>
                <w:sz w:val="16"/>
                <w:lang w:val="hr-HR"/>
              </w:rPr>
              <w:fldChar w:fldCharType="separate"/>
            </w:r>
            <w:r>
              <w:rPr>
                <w:color w:val="111827"/>
                <w:sz w:val="16"/>
                <w:lang w:val="hr-HR"/>
              </w:rPr>
              <w:fldChar w:fldCharType="end"/>
            </w:r>
            <w:bookmarkEnd w:id="13"/>
          </w:p>
        </w:tc>
        <w:tc>
          <w:tcPr>
            <w:tcW w:w="1368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F8FB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C9C3CC" w14:textId="510148D4" w:rsidR="00356404" w:rsidRPr="00BB21D4" w:rsidRDefault="0068095E">
            <w:pPr>
              <w:jc w:val="center"/>
              <w:rPr>
                <w:lang w:val="hr-HR"/>
              </w:rPr>
            </w:pPr>
            <w:r>
              <w:rPr>
                <w:color w:val="111827"/>
                <w:sz w:val="16"/>
                <w:lang w:val="hr-HR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24"/>
            <w:r>
              <w:rPr>
                <w:color w:val="111827"/>
                <w:sz w:val="16"/>
                <w:lang w:val="hr-HR"/>
              </w:rPr>
              <w:instrText xml:space="preserve"> FORMCHECKBOX </w:instrText>
            </w:r>
            <w:r w:rsidR="00AE700E">
              <w:rPr>
                <w:color w:val="111827"/>
                <w:sz w:val="16"/>
                <w:lang w:val="hr-HR"/>
              </w:rPr>
            </w:r>
            <w:r w:rsidR="00AE700E">
              <w:rPr>
                <w:color w:val="111827"/>
                <w:sz w:val="16"/>
                <w:lang w:val="hr-HR"/>
              </w:rPr>
              <w:fldChar w:fldCharType="separate"/>
            </w:r>
            <w:r>
              <w:rPr>
                <w:color w:val="111827"/>
                <w:sz w:val="16"/>
                <w:lang w:val="hr-HR"/>
              </w:rPr>
              <w:fldChar w:fldCharType="end"/>
            </w:r>
            <w:bookmarkEnd w:id="14"/>
          </w:p>
        </w:tc>
      </w:tr>
      <w:tr w:rsidR="00356404" w:rsidRPr="00BB21D4" w14:paraId="0AD52587" w14:textId="77777777">
        <w:trPr>
          <w:jc w:val="center"/>
        </w:trPr>
        <w:tc>
          <w:tcPr>
            <w:tcW w:w="504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63D03A" w14:textId="77777777" w:rsidR="00356404" w:rsidRPr="00BB21D4" w:rsidRDefault="00CC4BCE">
            <w:pPr>
              <w:jc w:val="center"/>
              <w:rPr>
                <w:lang w:val="hr-HR"/>
              </w:rPr>
            </w:pPr>
            <w:r w:rsidRPr="00BB21D4">
              <w:rPr>
                <w:color w:val="111827"/>
                <w:sz w:val="16"/>
                <w:lang w:val="hr-HR"/>
              </w:rPr>
              <w:t>7.</w:t>
            </w:r>
          </w:p>
        </w:tc>
        <w:tc>
          <w:tcPr>
            <w:tcW w:w="7056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37E3FD" w14:textId="77777777" w:rsidR="00356404" w:rsidRPr="00BB21D4" w:rsidRDefault="00CC4BCE" w:rsidP="009B4175">
            <w:pPr>
              <w:jc w:val="both"/>
              <w:rPr>
                <w:sz w:val="16"/>
                <w:szCs w:val="24"/>
                <w:lang w:val="hr-HR"/>
              </w:rPr>
            </w:pPr>
            <w:r w:rsidRPr="00BB21D4">
              <w:rPr>
                <w:color w:val="111827"/>
                <w:sz w:val="16"/>
                <w:szCs w:val="24"/>
                <w:lang w:val="hr-HR"/>
              </w:rPr>
              <w:t xml:space="preserve">dokaz ili poveznica na uređen i ažuran </w:t>
            </w:r>
            <w:proofErr w:type="spellStart"/>
            <w:r w:rsidRPr="00BB21D4">
              <w:rPr>
                <w:color w:val="111827"/>
                <w:sz w:val="16"/>
                <w:szCs w:val="24"/>
                <w:lang w:val="hr-HR"/>
              </w:rPr>
              <w:t>CroRIS</w:t>
            </w:r>
            <w:proofErr w:type="spellEnd"/>
            <w:r w:rsidRPr="00BB21D4">
              <w:rPr>
                <w:color w:val="111827"/>
                <w:sz w:val="16"/>
                <w:szCs w:val="24"/>
                <w:lang w:val="hr-HR"/>
              </w:rPr>
              <w:t xml:space="preserve"> profil, kad je propisano</w:t>
            </w:r>
          </w:p>
        </w:tc>
        <w:tc>
          <w:tcPr>
            <w:tcW w:w="1080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322D1E" w14:textId="424A53A0" w:rsidR="00356404" w:rsidRPr="00BB21D4" w:rsidRDefault="0068095E">
            <w:pPr>
              <w:jc w:val="center"/>
              <w:rPr>
                <w:lang w:val="hr-HR"/>
              </w:rPr>
            </w:pPr>
            <w:r>
              <w:rPr>
                <w:color w:val="111827"/>
                <w:sz w:val="16"/>
                <w:lang w:val="hr-HR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25"/>
            <w:r>
              <w:rPr>
                <w:color w:val="111827"/>
                <w:sz w:val="16"/>
                <w:lang w:val="hr-HR"/>
              </w:rPr>
              <w:instrText xml:space="preserve"> FORMCHECKBOX </w:instrText>
            </w:r>
            <w:r w:rsidR="00AE700E">
              <w:rPr>
                <w:color w:val="111827"/>
                <w:sz w:val="16"/>
                <w:lang w:val="hr-HR"/>
              </w:rPr>
            </w:r>
            <w:r w:rsidR="00AE700E">
              <w:rPr>
                <w:color w:val="111827"/>
                <w:sz w:val="16"/>
                <w:lang w:val="hr-HR"/>
              </w:rPr>
              <w:fldChar w:fldCharType="separate"/>
            </w:r>
            <w:r>
              <w:rPr>
                <w:color w:val="111827"/>
                <w:sz w:val="16"/>
                <w:lang w:val="hr-HR"/>
              </w:rPr>
              <w:fldChar w:fldCharType="end"/>
            </w:r>
            <w:bookmarkEnd w:id="15"/>
          </w:p>
        </w:tc>
        <w:tc>
          <w:tcPr>
            <w:tcW w:w="1368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F980F5" w14:textId="1C93E08F" w:rsidR="00356404" w:rsidRPr="00BB21D4" w:rsidRDefault="0068095E">
            <w:pPr>
              <w:jc w:val="center"/>
              <w:rPr>
                <w:lang w:val="hr-HR"/>
              </w:rPr>
            </w:pPr>
            <w:r>
              <w:rPr>
                <w:color w:val="111827"/>
                <w:sz w:val="16"/>
                <w:lang w:val="hr-HR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26"/>
            <w:r>
              <w:rPr>
                <w:color w:val="111827"/>
                <w:sz w:val="16"/>
                <w:lang w:val="hr-HR"/>
              </w:rPr>
              <w:instrText xml:space="preserve"> FORMCHECKBOX </w:instrText>
            </w:r>
            <w:r w:rsidR="00AE700E">
              <w:rPr>
                <w:color w:val="111827"/>
                <w:sz w:val="16"/>
                <w:lang w:val="hr-HR"/>
              </w:rPr>
            </w:r>
            <w:r w:rsidR="00AE700E">
              <w:rPr>
                <w:color w:val="111827"/>
                <w:sz w:val="16"/>
                <w:lang w:val="hr-HR"/>
              </w:rPr>
              <w:fldChar w:fldCharType="separate"/>
            </w:r>
            <w:r>
              <w:rPr>
                <w:color w:val="111827"/>
                <w:sz w:val="16"/>
                <w:lang w:val="hr-HR"/>
              </w:rPr>
              <w:fldChar w:fldCharType="end"/>
            </w:r>
            <w:bookmarkEnd w:id="16"/>
          </w:p>
        </w:tc>
      </w:tr>
      <w:tr w:rsidR="00356404" w:rsidRPr="00BB21D4" w14:paraId="396DB559" w14:textId="77777777">
        <w:trPr>
          <w:jc w:val="center"/>
        </w:trPr>
        <w:tc>
          <w:tcPr>
            <w:tcW w:w="504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F8FB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0D6810" w14:textId="77777777" w:rsidR="00356404" w:rsidRPr="00BB21D4" w:rsidRDefault="00CC4BCE">
            <w:pPr>
              <w:jc w:val="center"/>
              <w:rPr>
                <w:lang w:val="hr-HR"/>
              </w:rPr>
            </w:pPr>
            <w:r w:rsidRPr="00BB21D4">
              <w:rPr>
                <w:color w:val="111827"/>
                <w:sz w:val="16"/>
                <w:lang w:val="hr-HR"/>
              </w:rPr>
              <w:t>8.</w:t>
            </w:r>
          </w:p>
        </w:tc>
        <w:tc>
          <w:tcPr>
            <w:tcW w:w="7056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F8FB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838C59" w14:textId="25C46175" w:rsidR="00FD1C99" w:rsidRPr="00FD1C99" w:rsidRDefault="00FD1C99" w:rsidP="00FD1C99">
            <w:pPr>
              <w:jc w:val="both"/>
              <w:rPr>
                <w:sz w:val="16"/>
                <w:szCs w:val="24"/>
                <w:lang w:val="hr-HR"/>
              </w:rPr>
            </w:pPr>
            <w:r w:rsidRPr="00FD1C99">
              <w:rPr>
                <w:sz w:val="16"/>
                <w:szCs w:val="24"/>
                <w:lang w:val="hr-HR"/>
              </w:rPr>
              <w:t xml:space="preserve">mišljenje pročelnika Katedre </w:t>
            </w:r>
          </w:p>
          <w:p w14:paraId="535DF43F" w14:textId="6C15D0C5" w:rsidR="00356404" w:rsidRPr="00BB21D4" w:rsidRDefault="00FD1C99" w:rsidP="00FD1C99">
            <w:pPr>
              <w:jc w:val="both"/>
              <w:rPr>
                <w:sz w:val="16"/>
                <w:szCs w:val="24"/>
                <w:lang w:val="hr-HR"/>
              </w:rPr>
            </w:pPr>
            <w:r w:rsidRPr="00FD1C99">
              <w:rPr>
                <w:sz w:val="16"/>
                <w:szCs w:val="24"/>
                <w:lang w:val="hr-HR"/>
              </w:rPr>
              <w:t>mišljenje predstojnika ustrojbene jedinice</w:t>
            </w:r>
          </w:p>
        </w:tc>
        <w:tc>
          <w:tcPr>
            <w:tcW w:w="1080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F8FB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6FE4D6" w14:textId="78C31934" w:rsidR="00356404" w:rsidRPr="00BB21D4" w:rsidRDefault="0068095E">
            <w:pPr>
              <w:jc w:val="center"/>
              <w:rPr>
                <w:lang w:val="hr-HR"/>
              </w:rPr>
            </w:pPr>
            <w:r>
              <w:rPr>
                <w:color w:val="111827"/>
                <w:sz w:val="16"/>
                <w:lang w:val="hr-HR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7"/>
            <w:r>
              <w:rPr>
                <w:color w:val="111827"/>
                <w:sz w:val="16"/>
                <w:lang w:val="hr-HR"/>
              </w:rPr>
              <w:instrText xml:space="preserve"> FORMCHECKBOX </w:instrText>
            </w:r>
            <w:r w:rsidR="00AE700E">
              <w:rPr>
                <w:color w:val="111827"/>
                <w:sz w:val="16"/>
                <w:lang w:val="hr-HR"/>
              </w:rPr>
            </w:r>
            <w:r w:rsidR="00AE700E">
              <w:rPr>
                <w:color w:val="111827"/>
                <w:sz w:val="16"/>
                <w:lang w:val="hr-HR"/>
              </w:rPr>
              <w:fldChar w:fldCharType="separate"/>
            </w:r>
            <w:r>
              <w:rPr>
                <w:color w:val="111827"/>
                <w:sz w:val="16"/>
                <w:lang w:val="hr-HR"/>
              </w:rPr>
              <w:fldChar w:fldCharType="end"/>
            </w:r>
            <w:bookmarkEnd w:id="17"/>
          </w:p>
        </w:tc>
        <w:tc>
          <w:tcPr>
            <w:tcW w:w="1368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F8FB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AAB851" w14:textId="13388CB8" w:rsidR="00356404" w:rsidRPr="00BB21D4" w:rsidRDefault="0068095E">
            <w:pPr>
              <w:jc w:val="center"/>
              <w:rPr>
                <w:lang w:val="hr-HR"/>
              </w:rPr>
            </w:pPr>
            <w:r>
              <w:rPr>
                <w:color w:val="111827"/>
                <w:sz w:val="16"/>
                <w:lang w:val="hr-HR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9"/>
            <w:r>
              <w:rPr>
                <w:color w:val="111827"/>
                <w:sz w:val="16"/>
                <w:lang w:val="hr-HR"/>
              </w:rPr>
              <w:instrText xml:space="preserve"> FORMCHECKBOX </w:instrText>
            </w:r>
            <w:r w:rsidR="00AE700E">
              <w:rPr>
                <w:color w:val="111827"/>
                <w:sz w:val="16"/>
                <w:lang w:val="hr-HR"/>
              </w:rPr>
            </w:r>
            <w:r w:rsidR="00AE700E">
              <w:rPr>
                <w:color w:val="111827"/>
                <w:sz w:val="16"/>
                <w:lang w:val="hr-HR"/>
              </w:rPr>
              <w:fldChar w:fldCharType="separate"/>
            </w:r>
            <w:r>
              <w:rPr>
                <w:color w:val="111827"/>
                <w:sz w:val="16"/>
                <w:lang w:val="hr-HR"/>
              </w:rPr>
              <w:fldChar w:fldCharType="end"/>
            </w:r>
            <w:bookmarkEnd w:id="18"/>
          </w:p>
        </w:tc>
      </w:tr>
      <w:tr w:rsidR="00FD1C99" w:rsidRPr="00BB21D4" w14:paraId="3CA5719F" w14:textId="77777777">
        <w:trPr>
          <w:jc w:val="center"/>
        </w:trPr>
        <w:tc>
          <w:tcPr>
            <w:tcW w:w="504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F8FB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506441" w14:textId="4248E179" w:rsidR="00FD1C99" w:rsidRPr="00BB21D4" w:rsidRDefault="00FD1C99" w:rsidP="00FD1C99">
            <w:pPr>
              <w:jc w:val="center"/>
              <w:rPr>
                <w:color w:val="111827"/>
                <w:sz w:val="16"/>
                <w:lang w:val="hr-HR"/>
              </w:rPr>
            </w:pPr>
            <w:r>
              <w:rPr>
                <w:color w:val="111827"/>
                <w:sz w:val="16"/>
                <w:lang w:val="hr-HR"/>
              </w:rPr>
              <w:t>9.</w:t>
            </w:r>
          </w:p>
        </w:tc>
        <w:tc>
          <w:tcPr>
            <w:tcW w:w="7056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F8FB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22EA41" w14:textId="6F112ABF" w:rsidR="00FD1C99" w:rsidRPr="00FD1C99" w:rsidRDefault="00FD1C99" w:rsidP="00FD1C99">
            <w:pPr>
              <w:jc w:val="both"/>
              <w:rPr>
                <w:sz w:val="16"/>
                <w:szCs w:val="24"/>
                <w:lang w:val="hr-HR"/>
              </w:rPr>
            </w:pPr>
            <w:r w:rsidRPr="00FD1C99">
              <w:rPr>
                <w:sz w:val="16"/>
                <w:szCs w:val="24"/>
                <w:lang w:val="hr-HR"/>
              </w:rPr>
              <w:t>mišljenje predstojnika ustrojbene jedinice</w:t>
            </w:r>
          </w:p>
        </w:tc>
        <w:tc>
          <w:tcPr>
            <w:tcW w:w="1080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F8FB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8194E2" w14:textId="1A6B9E85" w:rsidR="00FD1C99" w:rsidRDefault="00FD1C99" w:rsidP="00FD1C99">
            <w:pPr>
              <w:jc w:val="center"/>
              <w:rPr>
                <w:color w:val="111827"/>
                <w:sz w:val="16"/>
                <w:lang w:val="hr-HR"/>
              </w:rPr>
            </w:pPr>
            <w:r>
              <w:rPr>
                <w:color w:val="111827"/>
                <w:sz w:val="16"/>
                <w:lang w:val="hr-HR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111827"/>
                <w:sz w:val="16"/>
                <w:lang w:val="hr-HR"/>
              </w:rPr>
              <w:instrText xml:space="preserve"> FORMCHECKBOX </w:instrText>
            </w:r>
            <w:r w:rsidR="00AE700E">
              <w:rPr>
                <w:color w:val="111827"/>
                <w:sz w:val="16"/>
                <w:lang w:val="hr-HR"/>
              </w:rPr>
            </w:r>
            <w:r w:rsidR="00AE700E">
              <w:rPr>
                <w:color w:val="111827"/>
                <w:sz w:val="16"/>
                <w:lang w:val="hr-HR"/>
              </w:rPr>
              <w:fldChar w:fldCharType="separate"/>
            </w:r>
            <w:r>
              <w:rPr>
                <w:color w:val="111827"/>
                <w:sz w:val="16"/>
                <w:lang w:val="hr-HR"/>
              </w:rPr>
              <w:fldChar w:fldCharType="end"/>
            </w:r>
          </w:p>
        </w:tc>
        <w:tc>
          <w:tcPr>
            <w:tcW w:w="1368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F8FB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3970B4" w14:textId="2DAD1A27" w:rsidR="00FD1C99" w:rsidRDefault="00FD1C99" w:rsidP="00FD1C99">
            <w:pPr>
              <w:jc w:val="center"/>
              <w:rPr>
                <w:color w:val="111827"/>
                <w:sz w:val="16"/>
                <w:lang w:val="hr-HR"/>
              </w:rPr>
            </w:pPr>
            <w:r>
              <w:rPr>
                <w:color w:val="111827"/>
                <w:sz w:val="16"/>
                <w:lang w:val="hr-HR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111827"/>
                <w:sz w:val="16"/>
                <w:lang w:val="hr-HR"/>
              </w:rPr>
              <w:instrText xml:space="preserve"> FORMCHECKBOX </w:instrText>
            </w:r>
            <w:r w:rsidR="00AE700E">
              <w:rPr>
                <w:color w:val="111827"/>
                <w:sz w:val="16"/>
                <w:lang w:val="hr-HR"/>
              </w:rPr>
            </w:r>
            <w:r w:rsidR="00AE700E">
              <w:rPr>
                <w:color w:val="111827"/>
                <w:sz w:val="16"/>
                <w:lang w:val="hr-HR"/>
              </w:rPr>
              <w:fldChar w:fldCharType="separate"/>
            </w:r>
            <w:r>
              <w:rPr>
                <w:color w:val="111827"/>
                <w:sz w:val="16"/>
                <w:lang w:val="hr-HR"/>
              </w:rPr>
              <w:fldChar w:fldCharType="end"/>
            </w:r>
          </w:p>
        </w:tc>
      </w:tr>
      <w:tr w:rsidR="00356404" w:rsidRPr="00BB21D4" w14:paraId="6EBABE8E" w14:textId="77777777">
        <w:trPr>
          <w:jc w:val="center"/>
        </w:trPr>
        <w:tc>
          <w:tcPr>
            <w:tcW w:w="504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D2DA78" w14:textId="591D4804" w:rsidR="00356404" w:rsidRPr="00BB21D4" w:rsidRDefault="00FD1C99">
            <w:pPr>
              <w:jc w:val="center"/>
              <w:rPr>
                <w:lang w:val="hr-HR"/>
              </w:rPr>
            </w:pPr>
            <w:r>
              <w:rPr>
                <w:color w:val="111827"/>
                <w:sz w:val="16"/>
                <w:lang w:val="hr-HR"/>
              </w:rPr>
              <w:t>10</w:t>
            </w:r>
            <w:r w:rsidR="00CC4BCE" w:rsidRPr="00BB21D4">
              <w:rPr>
                <w:color w:val="111827"/>
                <w:sz w:val="16"/>
                <w:lang w:val="hr-HR"/>
              </w:rPr>
              <w:t>.</w:t>
            </w:r>
          </w:p>
        </w:tc>
        <w:tc>
          <w:tcPr>
            <w:tcW w:w="7056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13FDD7" w14:textId="7A2BC10C" w:rsidR="00356404" w:rsidRPr="00BB21D4" w:rsidRDefault="00CC4BCE" w:rsidP="009B4175">
            <w:pPr>
              <w:jc w:val="both"/>
              <w:rPr>
                <w:sz w:val="16"/>
                <w:szCs w:val="24"/>
                <w:lang w:val="hr-HR"/>
              </w:rPr>
            </w:pPr>
            <w:r w:rsidRPr="00BB21D4">
              <w:rPr>
                <w:color w:val="111827"/>
                <w:sz w:val="16"/>
                <w:szCs w:val="24"/>
                <w:lang w:val="hr-HR"/>
              </w:rPr>
              <w:t>drugi dokazi traženi natječajem odnosno pozivom za dostavu dokumentacije</w:t>
            </w:r>
            <w:r w:rsidR="00A612FC">
              <w:t xml:space="preserve"> </w:t>
            </w:r>
            <w:r w:rsidR="00A612FC" w:rsidRPr="00A612FC">
              <w:rPr>
                <w:color w:val="111827"/>
                <w:sz w:val="16"/>
                <w:szCs w:val="24"/>
                <w:lang w:val="hr-HR"/>
              </w:rPr>
              <w:t>npr. mentorstva, pozvana predavanja/prezentacije na međunarodnim skupovima, međunarodna mobilnost, recenziranje znanstvenih radova u međunarodnim časopisima, recenziranje međunarodnih znanstvenih projekata, sudjelovanje u međunarodnim tijelima i povjerenstvima vezanim uz znanstvenu djelatnost, patenti i drugi oblici intelektualnog vlasništva, članstva u uredništvima međunarodnih znanstvenih časopisa, znanstvene ili stručne nagrade i sl.)</w:t>
            </w:r>
          </w:p>
        </w:tc>
        <w:tc>
          <w:tcPr>
            <w:tcW w:w="1080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FE0F8D" w14:textId="4C9538B9" w:rsidR="00356404" w:rsidRPr="00BB21D4" w:rsidRDefault="0068095E">
            <w:pPr>
              <w:jc w:val="center"/>
              <w:rPr>
                <w:lang w:val="hr-HR"/>
              </w:rPr>
            </w:pPr>
            <w:r>
              <w:rPr>
                <w:color w:val="111827"/>
                <w:sz w:val="16"/>
                <w:lang w:val="hr-HR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8"/>
            <w:r>
              <w:rPr>
                <w:color w:val="111827"/>
                <w:sz w:val="16"/>
                <w:lang w:val="hr-HR"/>
              </w:rPr>
              <w:instrText xml:space="preserve"> FORMCHECKBOX </w:instrText>
            </w:r>
            <w:r w:rsidR="00AE700E">
              <w:rPr>
                <w:color w:val="111827"/>
                <w:sz w:val="16"/>
                <w:lang w:val="hr-HR"/>
              </w:rPr>
            </w:r>
            <w:r w:rsidR="00AE700E">
              <w:rPr>
                <w:color w:val="111827"/>
                <w:sz w:val="16"/>
                <w:lang w:val="hr-HR"/>
              </w:rPr>
              <w:fldChar w:fldCharType="separate"/>
            </w:r>
            <w:r>
              <w:rPr>
                <w:color w:val="111827"/>
                <w:sz w:val="16"/>
                <w:lang w:val="hr-HR"/>
              </w:rPr>
              <w:fldChar w:fldCharType="end"/>
            </w:r>
            <w:bookmarkEnd w:id="19"/>
          </w:p>
        </w:tc>
        <w:tc>
          <w:tcPr>
            <w:tcW w:w="1368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A7642C" w14:textId="4522BDC9" w:rsidR="00356404" w:rsidRPr="00BB21D4" w:rsidRDefault="0068095E">
            <w:pPr>
              <w:jc w:val="center"/>
              <w:rPr>
                <w:lang w:val="hr-HR"/>
              </w:rPr>
            </w:pPr>
            <w:r>
              <w:rPr>
                <w:color w:val="111827"/>
                <w:sz w:val="16"/>
                <w:lang w:val="hr-HR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30"/>
            <w:r>
              <w:rPr>
                <w:color w:val="111827"/>
                <w:sz w:val="16"/>
                <w:lang w:val="hr-HR"/>
              </w:rPr>
              <w:instrText xml:space="preserve"> FORMCHECKBOX </w:instrText>
            </w:r>
            <w:r w:rsidR="00AE700E">
              <w:rPr>
                <w:color w:val="111827"/>
                <w:sz w:val="16"/>
                <w:lang w:val="hr-HR"/>
              </w:rPr>
            </w:r>
            <w:r w:rsidR="00AE700E">
              <w:rPr>
                <w:color w:val="111827"/>
                <w:sz w:val="16"/>
                <w:lang w:val="hr-HR"/>
              </w:rPr>
              <w:fldChar w:fldCharType="separate"/>
            </w:r>
            <w:r>
              <w:rPr>
                <w:color w:val="111827"/>
                <w:sz w:val="16"/>
                <w:lang w:val="hr-HR"/>
              </w:rPr>
              <w:fldChar w:fldCharType="end"/>
            </w:r>
            <w:bookmarkEnd w:id="20"/>
          </w:p>
        </w:tc>
      </w:tr>
    </w:tbl>
    <w:p w14:paraId="0D2D2DDF" w14:textId="77777777" w:rsidR="00356404" w:rsidRPr="00BB21D4" w:rsidRDefault="00CC4BCE" w:rsidP="0068095E">
      <w:pPr>
        <w:spacing w:before="100" w:beforeAutospacing="1" w:after="120"/>
        <w:rPr>
          <w:b/>
          <w:color w:val="003E7E"/>
          <w:sz w:val="20"/>
          <w:lang w:val="hr-HR"/>
        </w:rPr>
      </w:pPr>
      <w:r w:rsidRPr="00BB21D4">
        <w:rPr>
          <w:b/>
          <w:color w:val="003E7E"/>
          <w:sz w:val="20"/>
          <w:lang w:val="hr-HR"/>
        </w:rPr>
        <w:t>VI. Potpis pristupnika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004"/>
        <w:gridCol w:w="5004"/>
      </w:tblGrid>
      <w:tr w:rsidR="00356404" w:rsidRPr="00BB21D4" w14:paraId="039C8410" w14:textId="77777777">
        <w:trPr>
          <w:jc w:val="center"/>
        </w:trPr>
        <w:tc>
          <w:tcPr>
            <w:tcW w:w="4608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EAF3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45873A" w14:textId="77777777" w:rsidR="00356404" w:rsidRPr="00BB21D4" w:rsidRDefault="00CC4BCE">
            <w:pPr>
              <w:rPr>
                <w:lang w:val="hr-HR"/>
              </w:rPr>
            </w:pPr>
            <w:r w:rsidRPr="00BB21D4">
              <w:rPr>
                <w:b/>
                <w:color w:val="003E7E"/>
                <w:sz w:val="16"/>
                <w:lang w:val="hr-HR"/>
              </w:rPr>
              <w:t>Mjesto i datum</w:t>
            </w:r>
          </w:p>
        </w:tc>
        <w:tc>
          <w:tcPr>
            <w:tcW w:w="4608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EAF3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616CED" w14:textId="77777777" w:rsidR="00356404" w:rsidRPr="00BB21D4" w:rsidRDefault="00CC4BCE">
            <w:pPr>
              <w:rPr>
                <w:lang w:val="hr-HR"/>
              </w:rPr>
            </w:pPr>
            <w:r w:rsidRPr="00BB21D4">
              <w:rPr>
                <w:b/>
                <w:color w:val="003E7E"/>
                <w:sz w:val="16"/>
                <w:lang w:val="hr-HR"/>
              </w:rPr>
              <w:t>Vlastoručni potpis pristupnika</w:t>
            </w:r>
          </w:p>
        </w:tc>
      </w:tr>
      <w:tr w:rsidR="00356404" w:rsidRPr="00BB21D4" w14:paraId="1E444215" w14:textId="77777777">
        <w:trPr>
          <w:trHeight w:val="440"/>
          <w:jc w:val="center"/>
        </w:trPr>
        <w:tc>
          <w:tcPr>
            <w:tcW w:w="4608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8303A0" w14:textId="77777777" w:rsidR="00356404" w:rsidRPr="00BB21D4" w:rsidRDefault="00CC4BCE">
            <w:pPr>
              <w:rPr>
                <w:lang w:val="hr-HR"/>
              </w:rPr>
            </w:pPr>
            <w:r w:rsidRPr="00BB21D4">
              <w:rPr>
                <w:color w:val="111827"/>
                <w:lang w:val="hr-HR"/>
              </w:rPr>
              <w:t xml:space="preserve"> </w:t>
            </w:r>
          </w:p>
        </w:tc>
        <w:tc>
          <w:tcPr>
            <w:tcW w:w="4608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2ED23E" w14:textId="77777777" w:rsidR="00356404" w:rsidRPr="00BB21D4" w:rsidRDefault="00CC4BCE">
            <w:pPr>
              <w:rPr>
                <w:lang w:val="hr-HR"/>
              </w:rPr>
            </w:pPr>
            <w:r w:rsidRPr="00BB21D4">
              <w:rPr>
                <w:color w:val="111827"/>
                <w:lang w:val="hr-HR"/>
              </w:rPr>
              <w:t xml:space="preserve"> </w:t>
            </w:r>
          </w:p>
        </w:tc>
      </w:tr>
      <w:tr w:rsidR="00356404" w:rsidRPr="00BB21D4" w14:paraId="1935E396" w14:textId="77777777">
        <w:trPr>
          <w:jc w:val="center"/>
        </w:trPr>
        <w:tc>
          <w:tcPr>
            <w:tcW w:w="4608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EAF3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A7E3E4" w14:textId="77777777" w:rsidR="00356404" w:rsidRPr="00BB21D4" w:rsidRDefault="00CC4BCE">
            <w:pPr>
              <w:rPr>
                <w:lang w:val="hr-HR"/>
              </w:rPr>
            </w:pPr>
            <w:r w:rsidRPr="00BB21D4">
              <w:rPr>
                <w:b/>
                <w:color w:val="003E7E"/>
                <w:sz w:val="16"/>
                <w:lang w:val="hr-HR"/>
              </w:rPr>
              <w:t>Ime i prezime tiskanim slovima</w:t>
            </w:r>
          </w:p>
        </w:tc>
        <w:tc>
          <w:tcPr>
            <w:tcW w:w="4608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EAF3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DE6783" w14:textId="77777777" w:rsidR="00356404" w:rsidRPr="00BB21D4" w:rsidRDefault="00CC4BCE">
            <w:pPr>
              <w:rPr>
                <w:lang w:val="hr-HR"/>
              </w:rPr>
            </w:pPr>
            <w:r w:rsidRPr="00BB21D4">
              <w:rPr>
                <w:b/>
                <w:color w:val="003E7E"/>
                <w:sz w:val="16"/>
                <w:lang w:val="hr-HR"/>
              </w:rPr>
              <w:t>Kontakt e-adresa / telefon</w:t>
            </w:r>
          </w:p>
        </w:tc>
      </w:tr>
      <w:tr w:rsidR="00356404" w:rsidRPr="00BB21D4" w14:paraId="0796C40C" w14:textId="77777777">
        <w:trPr>
          <w:trHeight w:val="440"/>
          <w:jc w:val="center"/>
        </w:trPr>
        <w:tc>
          <w:tcPr>
            <w:tcW w:w="4608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68A08C" w14:textId="77777777" w:rsidR="00356404" w:rsidRPr="00BB21D4" w:rsidRDefault="00CC4BCE">
            <w:pPr>
              <w:rPr>
                <w:lang w:val="hr-HR"/>
              </w:rPr>
            </w:pPr>
            <w:r w:rsidRPr="00BB21D4">
              <w:rPr>
                <w:color w:val="111827"/>
                <w:lang w:val="hr-HR"/>
              </w:rPr>
              <w:t xml:space="preserve"> </w:t>
            </w:r>
          </w:p>
        </w:tc>
        <w:tc>
          <w:tcPr>
            <w:tcW w:w="4608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E3F766" w14:textId="77777777" w:rsidR="00356404" w:rsidRPr="00BB21D4" w:rsidRDefault="00CC4BCE">
            <w:pPr>
              <w:rPr>
                <w:lang w:val="hr-HR"/>
              </w:rPr>
            </w:pPr>
            <w:r w:rsidRPr="00BB21D4">
              <w:rPr>
                <w:color w:val="111827"/>
                <w:lang w:val="hr-HR"/>
              </w:rPr>
              <w:t xml:space="preserve"> </w:t>
            </w:r>
          </w:p>
        </w:tc>
      </w:tr>
    </w:tbl>
    <w:p w14:paraId="3DEBB87B" w14:textId="77777777" w:rsidR="00356404" w:rsidRPr="00BB21D4" w:rsidRDefault="00CC4BCE" w:rsidP="0068095E">
      <w:pPr>
        <w:spacing w:before="100" w:beforeAutospacing="1" w:after="120"/>
        <w:rPr>
          <w:b/>
          <w:color w:val="003E7E"/>
          <w:sz w:val="20"/>
          <w:lang w:val="hr-HR"/>
        </w:rPr>
      </w:pPr>
      <w:r w:rsidRPr="00BB21D4">
        <w:rPr>
          <w:b/>
          <w:color w:val="003E7E"/>
          <w:sz w:val="20"/>
          <w:lang w:val="hr-HR"/>
        </w:rPr>
        <w:t>VII. Evidencija zaprimanja - popunjava Kadrovska služba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541"/>
        <w:gridCol w:w="2383"/>
        <w:gridCol w:w="2701"/>
        <w:gridCol w:w="2383"/>
      </w:tblGrid>
      <w:tr w:rsidR="00356404" w:rsidRPr="00BB21D4" w14:paraId="62DACE52" w14:textId="77777777">
        <w:trPr>
          <w:jc w:val="center"/>
        </w:trPr>
        <w:tc>
          <w:tcPr>
            <w:tcW w:w="2304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EAF3FF"/>
            <w:tcMar>
              <w:top w:w="55" w:type="dxa"/>
              <w:left w:w="50" w:type="dxa"/>
              <w:bottom w:w="55" w:type="dxa"/>
              <w:right w:w="50" w:type="dxa"/>
            </w:tcMar>
            <w:vAlign w:val="center"/>
          </w:tcPr>
          <w:p w14:paraId="17112266" w14:textId="77777777" w:rsidR="00356404" w:rsidRPr="00BB21D4" w:rsidRDefault="00CC4BCE">
            <w:pPr>
              <w:jc w:val="center"/>
              <w:rPr>
                <w:sz w:val="14"/>
                <w:lang w:val="hr-HR"/>
              </w:rPr>
            </w:pPr>
            <w:r w:rsidRPr="00BB21D4">
              <w:rPr>
                <w:b/>
                <w:color w:val="003E7E"/>
                <w:sz w:val="14"/>
                <w:lang w:val="hr-HR"/>
              </w:rPr>
              <w:t>Izjava zaprimljena dana</w:t>
            </w:r>
          </w:p>
        </w:tc>
        <w:tc>
          <w:tcPr>
            <w:tcW w:w="2160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EAF3FF"/>
            <w:tcMar>
              <w:top w:w="55" w:type="dxa"/>
              <w:left w:w="50" w:type="dxa"/>
              <w:bottom w:w="55" w:type="dxa"/>
              <w:right w:w="50" w:type="dxa"/>
            </w:tcMar>
            <w:vAlign w:val="center"/>
          </w:tcPr>
          <w:p w14:paraId="0761631F" w14:textId="77777777" w:rsidR="00356404" w:rsidRPr="00BB21D4" w:rsidRDefault="00CC4BCE">
            <w:pPr>
              <w:jc w:val="center"/>
              <w:rPr>
                <w:sz w:val="14"/>
                <w:lang w:val="hr-HR"/>
              </w:rPr>
            </w:pPr>
            <w:r w:rsidRPr="00BB21D4">
              <w:rPr>
                <w:b/>
                <w:color w:val="003E7E"/>
                <w:sz w:val="14"/>
                <w:lang w:val="hr-HR"/>
              </w:rPr>
              <w:t>Zaprimio/la</w:t>
            </w:r>
          </w:p>
        </w:tc>
        <w:tc>
          <w:tcPr>
            <w:tcW w:w="2448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EAF3FF"/>
            <w:tcMar>
              <w:top w:w="55" w:type="dxa"/>
              <w:left w:w="50" w:type="dxa"/>
              <w:bottom w:w="55" w:type="dxa"/>
              <w:right w:w="50" w:type="dxa"/>
            </w:tcMar>
            <w:vAlign w:val="center"/>
          </w:tcPr>
          <w:p w14:paraId="3E245B5A" w14:textId="77777777" w:rsidR="00356404" w:rsidRPr="00BB21D4" w:rsidRDefault="00CC4BCE">
            <w:pPr>
              <w:jc w:val="center"/>
              <w:rPr>
                <w:sz w:val="14"/>
                <w:lang w:val="hr-HR"/>
              </w:rPr>
            </w:pPr>
            <w:r w:rsidRPr="00BB21D4">
              <w:rPr>
                <w:b/>
                <w:color w:val="003E7E"/>
                <w:sz w:val="14"/>
                <w:lang w:val="hr-HR"/>
              </w:rPr>
              <w:t>Rok za dostavu dokaza istječe dana</w:t>
            </w:r>
          </w:p>
        </w:tc>
        <w:tc>
          <w:tcPr>
            <w:tcW w:w="2160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EAF3FF"/>
            <w:tcMar>
              <w:top w:w="55" w:type="dxa"/>
              <w:left w:w="50" w:type="dxa"/>
              <w:bottom w:w="55" w:type="dxa"/>
              <w:right w:w="50" w:type="dxa"/>
            </w:tcMar>
            <w:vAlign w:val="center"/>
          </w:tcPr>
          <w:p w14:paraId="13D1634A" w14:textId="77777777" w:rsidR="00356404" w:rsidRPr="00BB21D4" w:rsidRDefault="00CC4BCE">
            <w:pPr>
              <w:jc w:val="center"/>
              <w:rPr>
                <w:sz w:val="14"/>
                <w:lang w:val="hr-HR"/>
              </w:rPr>
            </w:pPr>
            <w:r w:rsidRPr="00BB21D4">
              <w:rPr>
                <w:b/>
                <w:color w:val="003E7E"/>
                <w:sz w:val="14"/>
                <w:lang w:val="hr-HR"/>
              </w:rPr>
              <w:t>Izjava je pravodobna</w:t>
            </w:r>
          </w:p>
        </w:tc>
      </w:tr>
      <w:tr w:rsidR="00356404" w:rsidRPr="00BB21D4" w14:paraId="1A1091C6" w14:textId="77777777">
        <w:trPr>
          <w:jc w:val="center"/>
        </w:trPr>
        <w:tc>
          <w:tcPr>
            <w:tcW w:w="2304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FFFFFF"/>
            <w:tcMar>
              <w:top w:w="60" w:type="dxa"/>
              <w:left w:w="50" w:type="dxa"/>
              <w:bottom w:w="60" w:type="dxa"/>
              <w:right w:w="50" w:type="dxa"/>
            </w:tcMar>
            <w:vAlign w:val="center"/>
          </w:tcPr>
          <w:p w14:paraId="7F2A01B8" w14:textId="77777777" w:rsidR="00356404" w:rsidRPr="00BB21D4" w:rsidRDefault="00CC4BCE">
            <w:pPr>
              <w:jc w:val="center"/>
              <w:rPr>
                <w:sz w:val="14"/>
                <w:lang w:val="hr-HR"/>
              </w:rPr>
            </w:pPr>
            <w:r w:rsidRPr="00BB21D4">
              <w:rPr>
                <w:color w:val="111827"/>
                <w:sz w:val="14"/>
                <w:lang w:val="hr-HR"/>
              </w:rPr>
              <w:t xml:space="preserve"> </w:t>
            </w:r>
          </w:p>
        </w:tc>
        <w:tc>
          <w:tcPr>
            <w:tcW w:w="2160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FFFFFF"/>
            <w:tcMar>
              <w:top w:w="60" w:type="dxa"/>
              <w:left w:w="50" w:type="dxa"/>
              <w:bottom w:w="60" w:type="dxa"/>
              <w:right w:w="50" w:type="dxa"/>
            </w:tcMar>
            <w:vAlign w:val="center"/>
          </w:tcPr>
          <w:p w14:paraId="0990D932" w14:textId="77777777" w:rsidR="00356404" w:rsidRPr="00BB21D4" w:rsidRDefault="00CC4BCE">
            <w:pPr>
              <w:jc w:val="center"/>
              <w:rPr>
                <w:sz w:val="14"/>
                <w:lang w:val="hr-HR"/>
              </w:rPr>
            </w:pPr>
            <w:r w:rsidRPr="00BB21D4">
              <w:rPr>
                <w:color w:val="111827"/>
                <w:sz w:val="14"/>
                <w:lang w:val="hr-HR"/>
              </w:rPr>
              <w:t xml:space="preserve"> </w:t>
            </w:r>
          </w:p>
        </w:tc>
        <w:tc>
          <w:tcPr>
            <w:tcW w:w="2448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FFFFFF"/>
            <w:tcMar>
              <w:top w:w="60" w:type="dxa"/>
              <w:left w:w="50" w:type="dxa"/>
              <w:bottom w:w="60" w:type="dxa"/>
              <w:right w:w="50" w:type="dxa"/>
            </w:tcMar>
            <w:vAlign w:val="center"/>
          </w:tcPr>
          <w:p w14:paraId="14E915A1" w14:textId="77777777" w:rsidR="00356404" w:rsidRPr="00BB21D4" w:rsidRDefault="00CC4BCE">
            <w:pPr>
              <w:jc w:val="center"/>
              <w:rPr>
                <w:sz w:val="14"/>
                <w:lang w:val="hr-HR"/>
              </w:rPr>
            </w:pPr>
            <w:r w:rsidRPr="00BB21D4">
              <w:rPr>
                <w:color w:val="111827"/>
                <w:sz w:val="14"/>
                <w:lang w:val="hr-HR"/>
              </w:rPr>
              <w:t xml:space="preserve"> </w:t>
            </w:r>
          </w:p>
        </w:tc>
        <w:tc>
          <w:tcPr>
            <w:tcW w:w="2160" w:type="dxa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FFFFFF"/>
            <w:tcMar>
              <w:top w:w="60" w:type="dxa"/>
              <w:left w:w="50" w:type="dxa"/>
              <w:bottom w:w="60" w:type="dxa"/>
              <w:right w:w="50" w:type="dxa"/>
            </w:tcMar>
            <w:vAlign w:val="center"/>
          </w:tcPr>
          <w:p w14:paraId="4CEF7962" w14:textId="10DC73CE" w:rsidR="00356404" w:rsidRPr="00BB21D4" w:rsidRDefault="0068095E">
            <w:pPr>
              <w:jc w:val="center"/>
              <w:rPr>
                <w:sz w:val="14"/>
                <w:lang w:val="hr-HR"/>
              </w:rPr>
            </w:pPr>
            <w:r>
              <w:rPr>
                <w:color w:val="111827"/>
                <w:sz w:val="14"/>
                <w:lang w:val="hr-HR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31"/>
            <w:r>
              <w:rPr>
                <w:color w:val="111827"/>
                <w:sz w:val="14"/>
                <w:lang w:val="hr-HR"/>
              </w:rPr>
              <w:instrText xml:space="preserve"> FORMCHECKBOX </w:instrText>
            </w:r>
            <w:r w:rsidR="00AE700E">
              <w:rPr>
                <w:color w:val="111827"/>
                <w:sz w:val="14"/>
                <w:lang w:val="hr-HR"/>
              </w:rPr>
            </w:r>
            <w:r w:rsidR="00AE700E">
              <w:rPr>
                <w:color w:val="111827"/>
                <w:sz w:val="14"/>
                <w:lang w:val="hr-HR"/>
              </w:rPr>
              <w:fldChar w:fldCharType="separate"/>
            </w:r>
            <w:r>
              <w:rPr>
                <w:color w:val="111827"/>
                <w:sz w:val="14"/>
                <w:lang w:val="hr-HR"/>
              </w:rPr>
              <w:fldChar w:fldCharType="end"/>
            </w:r>
            <w:bookmarkEnd w:id="21"/>
            <w:r w:rsidR="00CC4BCE" w:rsidRPr="00BB21D4">
              <w:rPr>
                <w:color w:val="111827"/>
                <w:sz w:val="14"/>
                <w:lang w:val="hr-HR"/>
              </w:rPr>
              <w:t xml:space="preserve"> DA     </w:t>
            </w:r>
            <w:r>
              <w:rPr>
                <w:color w:val="111827"/>
                <w:sz w:val="14"/>
                <w:lang w:val="hr-HR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32"/>
            <w:r>
              <w:rPr>
                <w:color w:val="111827"/>
                <w:sz w:val="14"/>
                <w:lang w:val="hr-HR"/>
              </w:rPr>
              <w:instrText xml:space="preserve"> FORMCHECKBOX </w:instrText>
            </w:r>
            <w:r w:rsidR="00AE700E">
              <w:rPr>
                <w:color w:val="111827"/>
                <w:sz w:val="14"/>
                <w:lang w:val="hr-HR"/>
              </w:rPr>
            </w:r>
            <w:r w:rsidR="00AE700E">
              <w:rPr>
                <w:color w:val="111827"/>
                <w:sz w:val="14"/>
                <w:lang w:val="hr-HR"/>
              </w:rPr>
              <w:fldChar w:fldCharType="separate"/>
            </w:r>
            <w:r>
              <w:rPr>
                <w:color w:val="111827"/>
                <w:sz w:val="14"/>
                <w:lang w:val="hr-HR"/>
              </w:rPr>
              <w:fldChar w:fldCharType="end"/>
            </w:r>
            <w:bookmarkEnd w:id="22"/>
            <w:r w:rsidR="00CC4BCE" w:rsidRPr="00BB21D4">
              <w:rPr>
                <w:color w:val="111827"/>
                <w:sz w:val="14"/>
                <w:lang w:val="hr-HR"/>
              </w:rPr>
              <w:t xml:space="preserve"> NE</w:t>
            </w:r>
          </w:p>
        </w:tc>
      </w:tr>
      <w:tr w:rsidR="00356404" w:rsidRPr="00BB21D4" w14:paraId="2866F864" w14:textId="77777777">
        <w:trPr>
          <w:jc w:val="center"/>
        </w:trPr>
        <w:tc>
          <w:tcPr>
            <w:tcW w:w="9072" w:type="dxa"/>
            <w:gridSpan w:val="4"/>
            <w:tcBorders>
              <w:top w:val="single" w:sz="8" w:space="0" w:color="9BBCE3"/>
              <w:left w:val="single" w:sz="8" w:space="0" w:color="9BBCE3"/>
              <w:bottom w:val="single" w:sz="8" w:space="0" w:color="9BBCE3"/>
              <w:right w:val="single" w:sz="8" w:space="0" w:color="9BBCE3"/>
            </w:tcBorders>
            <w:shd w:val="clear" w:color="auto" w:fill="F8FB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B5255C" w14:textId="77777777" w:rsidR="00356404" w:rsidRPr="00BB21D4" w:rsidRDefault="00CC4BCE">
            <w:pPr>
              <w:rPr>
                <w:lang w:val="hr-HR"/>
              </w:rPr>
            </w:pPr>
            <w:r w:rsidRPr="00BB21D4">
              <w:rPr>
                <w:color w:val="6B7280"/>
                <w:sz w:val="14"/>
                <w:lang w:val="hr-HR"/>
              </w:rPr>
              <w:t>Napomena: nepravodobna ili nepotpisana izjava ne proizvodi učinak zahtjeva iz članka 98. Nacionalnih kriterija.</w:t>
            </w:r>
          </w:p>
        </w:tc>
      </w:tr>
    </w:tbl>
    <w:p w14:paraId="1153D020" w14:textId="77777777" w:rsidR="00CC4BCE" w:rsidRPr="00BB21D4" w:rsidRDefault="00CC4BCE">
      <w:pPr>
        <w:rPr>
          <w:lang w:val="hr-HR"/>
        </w:rPr>
      </w:pPr>
    </w:p>
    <w:sectPr w:rsidR="00CC4BCE" w:rsidRPr="00BB21D4" w:rsidSect="00F3397A">
      <w:headerReference w:type="default" r:id="rId8"/>
      <w:footerReference w:type="default" r:id="rId9"/>
      <w:pgSz w:w="11900" w:h="16820"/>
      <w:pgMar w:top="1128" w:right="936" w:bottom="648" w:left="936" w:header="34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EC07B" w14:textId="77777777" w:rsidR="00AE700E" w:rsidRDefault="00AE700E">
      <w:r>
        <w:separator/>
      </w:r>
    </w:p>
  </w:endnote>
  <w:endnote w:type="continuationSeparator" w:id="0">
    <w:p w14:paraId="6821C0C9" w14:textId="77777777" w:rsidR="00AE700E" w:rsidRDefault="00AE7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F0036" w14:textId="77777777" w:rsidR="00356404" w:rsidRDefault="00CC4BCE">
    <w:pPr>
      <w:pStyle w:val="Footer"/>
      <w:jc w:val="center"/>
    </w:pPr>
    <w:proofErr w:type="spellStart"/>
    <w:r>
      <w:rPr>
        <w:color w:val="6B7280"/>
        <w:sz w:val="14"/>
      </w:rPr>
      <w:t>Sveučilište</w:t>
    </w:r>
    <w:proofErr w:type="spellEnd"/>
    <w:r>
      <w:rPr>
        <w:color w:val="6B7280"/>
        <w:sz w:val="14"/>
      </w:rPr>
      <w:t xml:space="preserve"> u </w:t>
    </w:r>
    <w:proofErr w:type="spellStart"/>
    <w:r>
      <w:rPr>
        <w:color w:val="6B7280"/>
        <w:sz w:val="14"/>
      </w:rPr>
      <w:t>Zagrebu</w:t>
    </w:r>
    <w:proofErr w:type="spellEnd"/>
    <w:r>
      <w:rPr>
        <w:color w:val="6B7280"/>
        <w:sz w:val="14"/>
      </w:rPr>
      <w:t xml:space="preserve"> </w:t>
    </w:r>
    <w:proofErr w:type="spellStart"/>
    <w:r>
      <w:rPr>
        <w:color w:val="6B7280"/>
        <w:sz w:val="14"/>
      </w:rPr>
      <w:t>Medicinski</w:t>
    </w:r>
    <w:proofErr w:type="spellEnd"/>
    <w:r>
      <w:rPr>
        <w:color w:val="6B7280"/>
        <w:sz w:val="14"/>
      </w:rPr>
      <w:t xml:space="preserve"> </w:t>
    </w:r>
    <w:proofErr w:type="spellStart"/>
    <w:r>
      <w:rPr>
        <w:color w:val="6B7280"/>
        <w:sz w:val="14"/>
      </w:rPr>
      <w:t>fakultet</w:t>
    </w:r>
    <w:proofErr w:type="spellEnd"/>
    <w:r>
      <w:rPr>
        <w:color w:val="6B7280"/>
        <w:sz w:val="14"/>
      </w:rPr>
      <w:t xml:space="preserve"> | </w:t>
    </w:r>
    <w:proofErr w:type="spellStart"/>
    <w:r>
      <w:rPr>
        <w:color w:val="6B7280"/>
        <w:sz w:val="14"/>
      </w:rPr>
      <w:t>obrazac</w:t>
    </w:r>
    <w:proofErr w:type="spellEnd"/>
    <w:r>
      <w:rPr>
        <w:color w:val="6B7280"/>
        <w:sz w:val="14"/>
      </w:rPr>
      <w:t xml:space="preserve"> za </w:t>
    </w:r>
    <w:proofErr w:type="spellStart"/>
    <w:r>
      <w:rPr>
        <w:color w:val="6B7280"/>
        <w:sz w:val="14"/>
      </w:rPr>
      <w:t>postupke</w:t>
    </w:r>
    <w:proofErr w:type="spellEnd"/>
    <w:r>
      <w:rPr>
        <w:color w:val="6B7280"/>
        <w:sz w:val="14"/>
      </w:rPr>
      <w:t xml:space="preserve"> </w:t>
    </w:r>
    <w:proofErr w:type="spellStart"/>
    <w:r>
      <w:rPr>
        <w:color w:val="6B7280"/>
        <w:sz w:val="14"/>
      </w:rPr>
      <w:t>izbora</w:t>
    </w:r>
    <w:proofErr w:type="spellEnd"/>
    <w:r>
      <w:rPr>
        <w:color w:val="6B7280"/>
        <w:sz w:val="14"/>
      </w:rPr>
      <w:t xml:space="preserve"> </w:t>
    </w:r>
    <w:proofErr w:type="spellStart"/>
    <w:r>
      <w:rPr>
        <w:color w:val="6B7280"/>
        <w:sz w:val="14"/>
      </w:rPr>
      <w:t>i</w:t>
    </w:r>
    <w:proofErr w:type="spellEnd"/>
    <w:r>
      <w:rPr>
        <w:color w:val="6B7280"/>
        <w:sz w:val="14"/>
      </w:rPr>
      <w:t xml:space="preserve"> </w:t>
    </w:r>
    <w:proofErr w:type="spellStart"/>
    <w:r>
      <w:rPr>
        <w:color w:val="6B7280"/>
        <w:sz w:val="14"/>
      </w:rPr>
      <w:t>reizbora</w:t>
    </w:r>
    <w:proofErr w:type="spellEnd"/>
    <w:r>
      <w:rPr>
        <w:color w:val="6B7280"/>
        <w:sz w:val="14"/>
      </w:rPr>
      <w:t xml:space="preserve"> | str. </w:t>
    </w:r>
    <w:r>
      <w:fldChar w:fldCharType="begin"/>
    </w:r>
    <w:r>
      <w:instrText>PAGE</w:instrText>
    </w:r>
    <w:r>
      <w:fldChar w:fldCharType="separate"/>
    </w:r>
    <w:r w:rsidR="001D1FEC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03B46" w14:textId="77777777" w:rsidR="00AE700E" w:rsidRDefault="00AE700E">
      <w:r>
        <w:separator/>
      </w:r>
    </w:p>
  </w:footnote>
  <w:footnote w:type="continuationSeparator" w:id="0">
    <w:p w14:paraId="27706CBA" w14:textId="77777777" w:rsidR="00AE700E" w:rsidRDefault="00AE70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724DE" w14:textId="3BC458E6" w:rsidR="0068095E" w:rsidRPr="00062D2B" w:rsidRDefault="0068095E" w:rsidP="0068095E">
    <w:pPr>
      <w:jc w:val="center"/>
      <w:rPr>
        <w:lang w:val="hr-HR"/>
      </w:rPr>
    </w:pPr>
    <w:r w:rsidRPr="00062D2B">
      <w:rPr>
        <w:noProof/>
        <w:lang w:val="hr-HR"/>
      </w:rPr>
      <w:drawing>
        <wp:anchor distT="0" distB="0" distL="114300" distR="114300" simplePos="0" relativeHeight="251659264" behindDoc="0" locked="0" layoutInCell="1" allowOverlap="1" wp14:anchorId="1EEEB811" wp14:editId="642F3C97">
          <wp:simplePos x="0" y="0"/>
          <wp:positionH relativeFrom="column">
            <wp:posOffset>1877151</wp:posOffset>
          </wp:positionH>
          <wp:positionV relativeFrom="paragraph">
            <wp:posOffset>-53975</wp:posOffset>
          </wp:positionV>
          <wp:extent cx="509270" cy="509270"/>
          <wp:effectExtent l="0" t="0" r="0" b="0"/>
          <wp:wrapNone/>
          <wp:docPr id="710783443" name="Picture 710783443" descr="A blue and black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0647609" name="Picture 920647609" descr="A blue and black logo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9270" cy="509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62D2B">
      <w:rPr>
        <w:b/>
        <w:color w:val="003E7E"/>
        <w:sz w:val="19"/>
        <w:lang w:val="hr-HR"/>
      </w:rPr>
      <w:t>SVEUČILIŠTE U ZAGREBU</w:t>
    </w:r>
  </w:p>
  <w:p w14:paraId="5CFE18EF" w14:textId="089CDFED" w:rsidR="0068095E" w:rsidRPr="00062D2B" w:rsidRDefault="0068095E" w:rsidP="0068095E">
    <w:pPr>
      <w:jc w:val="center"/>
      <w:rPr>
        <w:lang w:val="hr-HR"/>
      </w:rPr>
    </w:pPr>
    <w:r>
      <w:rPr>
        <w:b/>
        <w:color w:val="003E7E"/>
        <w:sz w:val="22"/>
        <w:lang w:val="hr-HR"/>
      </w:rPr>
      <w:t xml:space="preserve"> </w:t>
    </w:r>
    <w:r w:rsidRPr="00062D2B">
      <w:rPr>
        <w:b/>
        <w:color w:val="003E7E"/>
        <w:sz w:val="22"/>
        <w:lang w:val="hr-HR"/>
      </w:rPr>
      <w:t>MEDICINSKI FAKULTET</w:t>
    </w:r>
  </w:p>
  <w:p w14:paraId="1B0F832F" w14:textId="710FA9C3" w:rsidR="0068095E" w:rsidRPr="00062D2B" w:rsidRDefault="0068095E" w:rsidP="0068095E">
    <w:pPr>
      <w:jc w:val="center"/>
      <w:rPr>
        <w:lang w:val="hr-HR"/>
      </w:rPr>
    </w:pPr>
    <w:r>
      <w:rPr>
        <w:color w:val="6B7280"/>
        <w:sz w:val="16"/>
        <w:lang w:val="hr-HR"/>
      </w:rPr>
      <w:t xml:space="preserve">                  </w:t>
    </w:r>
    <w:r w:rsidRPr="00062D2B">
      <w:rPr>
        <w:color w:val="6B7280"/>
        <w:sz w:val="16"/>
        <w:lang w:val="hr-HR"/>
      </w:rPr>
      <w:t>Obrazac za preuzimanje od strane pristupnika</w:t>
    </w:r>
  </w:p>
  <w:p w14:paraId="19E21AAA" w14:textId="2C25A8AA" w:rsidR="0068095E" w:rsidRPr="0068095E" w:rsidRDefault="0068095E" w:rsidP="0068095E">
    <w:pPr>
      <w:pStyle w:val="Header"/>
      <w:rPr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D1FEC"/>
    <w:rsid w:val="0026238E"/>
    <w:rsid w:val="0028742B"/>
    <w:rsid w:val="0029639D"/>
    <w:rsid w:val="00326F90"/>
    <w:rsid w:val="00356404"/>
    <w:rsid w:val="004310A9"/>
    <w:rsid w:val="00620C16"/>
    <w:rsid w:val="0068095E"/>
    <w:rsid w:val="00775F6D"/>
    <w:rsid w:val="007A33AB"/>
    <w:rsid w:val="009B4175"/>
    <w:rsid w:val="00A411B2"/>
    <w:rsid w:val="00A612FC"/>
    <w:rsid w:val="00AA1D8D"/>
    <w:rsid w:val="00AE700E"/>
    <w:rsid w:val="00B47730"/>
    <w:rsid w:val="00B61295"/>
    <w:rsid w:val="00BB21D4"/>
    <w:rsid w:val="00CB0664"/>
    <w:rsid w:val="00CC4BCE"/>
    <w:rsid w:val="00E449DC"/>
    <w:rsid w:val="00E8616C"/>
    <w:rsid w:val="00ED5C69"/>
    <w:rsid w:val="00F11D1A"/>
    <w:rsid w:val="00F3397A"/>
    <w:rsid w:val="00FC693F"/>
    <w:rsid w:val="00FD1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21ABEA"/>
  <w14:defaultImageDpi w14:val="300"/>
  <w15:docId w15:val="{C8DFBE52-224A-4593-90F5-9F6952336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eastAsia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Darko Bošnjak</dc:creator>
  <cp:keywords/>
  <dc:description>Darko Bošnjak</dc:description>
  <cp:lastModifiedBy>Željka Pavlović</cp:lastModifiedBy>
  <cp:revision>5</cp:revision>
  <cp:lastPrinted>2026-05-12T10:49:00Z</cp:lastPrinted>
  <dcterms:created xsi:type="dcterms:W3CDTF">2026-05-12T10:48:00Z</dcterms:created>
  <dcterms:modified xsi:type="dcterms:W3CDTF">2026-06-03T10:25:00Z</dcterms:modified>
  <cp:category/>
</cp:coreProperties>
</file>